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before="0" w:after="0"/>
        <w:jc w:val="right"/>
      </w:pPr>
      <w:r>
        <w:rPr>
          <w:b w:val="0"/>
          <w:i w:val="0"/>
          <w:sz w:val="17"/>
        </w:rPr>
        <w:t>Приложение № 2</w:t>
      </w:r>
    </w:p>
    <w:p>
      <w:pPr>
        <w:spacing w:before="0" w:after="0"/>
        <w:jc w:val="right"/>
      </w:pPr>
      <w:r>
        <w:rPr>
          <w:b w:val="0"/>
          <w:i w:val="0"/>
          <w:sz w:val="17"/>
        </w:rPr>
        <w:t>к Правилам по охране труда</w:t>
      </w:r>
    </w:p>
    <w:p>
      <w:pPr>
        <w:spacing w:before="0" w:after="0"/>
        <w:jc w:val="right"/>
      </w:pPr>
      <w:r>
        <w:rPr>
          <w:b w:val="0"/>
          <w:i w:val="0"/>
          <w:sz w:val="17"/>
        </w:rPr>
        <w:t>при строительстве, реконструкции</w:t>
      </w:r>
    </w:p>
    <w:p>
      <w:pPr>
        <w:spacing w:before="0" w:after="0"/>
        <w:jc w:val="right"/>
      </w:pPr>
      <w:r>
        <w:rPr>
          <w:b w:val="0"/>
          <w:i w:val="0"/>
          <w:sz w:val="17"/>
        </w:rPr>
        <w:t>и ремонте, утвержденным</w:t>
      </w:r>
    </w:p>
    <w:p>
      <w:pPr>
        <w:spacing w:before="0" w:after="0"/>
        <w:jc w:val="right"/>
      </w:pPr>
      <w:r>
        <w:rPr>
          <w:b w:val="0"/>
          <w:i w:val="0"/>
          <w:sz w:val="17"/>
        </w:rPr>
        <w:t>приказом Министерства труда</w:t>
      </w:r>
    </w:p>
    <w:p>
      <w:pPr>
        <w:spacing w:before="0" w:after="0"/>
        <w:jc w:val="right"/>
      </w:pPr>
      <w:r>
        <w:rPr>
          <w:b w:val="0"/>
          <w:i w:val="0"/>
          <w:sz w:val="17"/>
        </w:rPr>
        <w:t>и социальной защиты</w:t>
      </w:r>
    </w:p>
    <w:p>
      <w:pPr>
        <w:spacing w:before="0" w:after="0"/>
        <w:jc w:val="right"/>
      </w:pPr>
      <w:r>
        <w:rPr>
          <w:b w:val="0"/>
          <w:i w:val="0"/>
          <w:sz w:val="17"/>
        </w:rPr>
        <w:t>Российской Федерации</w:t>
      </w:r>
    </w:p>
    <w:p>
      <w:pPr>
        <w:spacing w:before="0" w:after="0"/>
        <w:jc w:val="right"/>
      </w:pPr>
      <w:r>
        <w:rPr>
          <w:b w:val="0"/>
          <w:i w:val="0"/>
          <w:sz w:val="17"/>
        </w:rPr>
        <w:t>от 11 декабря 2020 г. № 883н</w:t>
      </w:r>
    </w:p>
    <w:p>
      <w:pPr>
        <w:spacing w:before="80" w:after="80"/>
        <w:jc w:val="right"/>
      </w:pPr>
      <w:r>
        <w:rPr>
          <w:b w:val="0"/>
          <w:i w:val="0"/>
          <w:sz w:val="17"/>
        </w:rPr>
        <w:t>Рекомендуемый образец</w:t>
      </w:r>
    </w:p>
    <w:p>
      <w:pPr>
        <w:spacing w:before="0" w:after="0"/>
        <w:jc w:val="center"/>
      </w:pPr>
      <w:r>
        <w:rPr>
          <w:b/>
          <w:i w:val="0"/>
          <w:sz w:val="26"/>
        </w:rPr>
        <w:t>Наряд-допуск</w:t>
      </w:r>
    </w:p>
    <w:p>
      <w:pPr>
        <w:spacing w:before="0" w:after="0"/>
        <w:jc w:val="center"/>
      </w:pPr>
      <w:r>
        <w:rPr>
          <w:b/>
          <w:i w:val="0"/>
          <w:sz w:val="24"/>
        </w:rPr>
        <w:t>на производство работ в местах действия вредных и опасных</w:t>
      </w:r>
    </w:p>
    <w:p>
      <w:pPr>
        <w:spacing w:before="0" w:after="160"/>
        <w:jc w:val="center"/>
      </w:pPr>
      <w:r>
        <w:rPr>
          <w:b/>
          <w:i w:val="0"/>
          <w:sz w:val="24"/>
        </w:rPr>
        <w:t>производственных факторов</w:t>
      </w:r>
    </w:p>
    <w:p>
      <w:pPr>
        <w:spacing w:before="0" w:after="40"/>
      </w:pPr>
      <w:r>
        <w:rPr>
          <w:b w:val="0"/>
          <w:i w:val="0"/>
        </w:rPr>
        <w:t>Выдан "__" _____________ 20__ г.</w:t>
      </w:r>
    </w:p>
    <w:p>
      <w:pPr>
        <w:spacing w:before="0" w:after="120"/>
      </w:pPr>
      <w:r>
        <w:rPr>
          <w:b w:val="0"/>
          <w:i w:val="0"/>
        </w:rPr>
        <w:t>Действителен до "__" _____________ 20__ г.</w:t>
      </w:r>
    </w:p>
    <w:p>
      <w:pPr>
        <w:keepNext/>
        <w:spacing w:before="40" w:after="40"/>
      </w:pPr>
      <w:r>
        <w:rPr>
          <w:b w:val="0"/>
          <w:i w:val="0"/>
        </w:rPr>
        <w:t>1. Руководителю работ</w:t>
      </w:r>
    </w:p>
    <w:p>
      <w:pPr>
        <w:spacing w:before="40" w:after="0"/>
        <w:keepNext/>
        <w:pBdr>
          <w:bottom w:val="single" w:sz="6" w:space="1" w:color="000000"/>
        </w:pBdr>
      </w:pPr>
    </w:p>
    <w:p>
      <w:pPr>
        <w:spacing w:before="0" w:after="40"/>
        <w:jc w:val="center"/>
      </w:pPr>
      <w:r>
        <w:rPr>
          <w:b w:val="0"/>
          <w:i/>
          <w:sz w:val="15"/>
        </w:rPr>
        <w:t>(фамилия, инициалы, должность)</w:t>
      </w:r>
    </w:p>
    <w:p>
      <w:pPr>
        <w:keepNext/>
        <w:spacing w:before="40" w:after="40"/>
      </w:pPr>
      <w:r>
        <w:rPr>
          <w:b w:val="0"/>
          <w:i w:val="0"/>
        </w:rPr>
        <w:t>2. На выполнение работ</w:t>
      </w:r>
    </w:p>
    <w:p>
      <w:pPr>
        <w:spacing w:before="40" w:after="0"/>
        <w:keepNext/>
        <w:pBdr>
          <w:bottom w:val="single" w:sz="6" w:space="1" w:color="000000"/>
        </w:pBdr>
      </w:pPr>
    </w:p>
    <w:p>
      <w:pPr>
        <w:spacing w:before="0" w:after="40"/>
        <w:jc w:val="center"/>
      </w:pPr>
      <w:r>
        <w:rPr>
          <w:b w:val="0"/>
          <w:i/>
          <w:sz w:val="15"/>
        </w:rPr>
        <w:t>(наименование работ, место, условия их выполнения)</w:t>
      </w:r>
    </w:p>
    <w:p>
      <w:pPr>
        <w:spacing w:before="0" w:after="40"/>
      </w:pPr>
      <w:r>
        <w:rPr>
          <w:b w:val="0"/>
          <w:i w:val="0"/>
        </w:rPr>
        <w:t>Начало работ в __ час. __ мин. _____________ 20__ г.</w:t>
      </w:r>
    </w:p>
    <w:p>
      <w:pPr>
        <w:spacing w:before="0" w:after="80"/>
      </w:pPr>
      <w:r>
        <w:rPr>
          <w:b w:val="0"/>
          <w:i w:val="0"/>
        </w:rPr>
        <w:t>Окончание работ в __ час. __ мин. _____________ 20__ г.</w:t>
      </w:r>
    </w:p>
    <w:p>
      <w:pPr>
        <w:keepNext/>
        <w:spacing w:before="80" w:after="40"/>
      </w:pPr>
      <w:r>
        <w:rPr>
          <w:b w:val="0"/>
          <w:i w:val="0"/>
        </w:rPr>
        <w:t>3. Вредные и опасные производственные факторы, которые действуют или могут возникнуть независимо от выполняемой работы в местах ее производства:</w:t>
      </w:r>
    </w:p>
    <w:p>
      <w:pPr>
        <w:spacing w:before="40" w:after="0"/>
        <w:keepNext/>
        <w:pBdr>
          <w:bottom w:val="single" w:sz="6" w:space="1" w:color="000000"/>
        </w:pBdr>
      </w:pPr>
    </w:p>
    <w:p>
      <w:pPr>
        <w:keepNext/>
        <w:spacing w:before="80" w:after="40"/>
      </w:pPr>
      <w:r>
        <w:rPr>
          <w:b w:val="0"/>
          <w:i w:val="0"/>
        </w:rPr>
        <w:t>4. До начала производства работ необходимо выполнить следующие мероприятия:</w:t>
      </w:r>
    </w:p>
    <w:tbl>
      <w:tblPr>
        <w:tblStyle w:val="TableGrid"/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737"/>
        <w:gridCol w:w="5386"/>
        <w:gridCol w:w="1701"/>
        <w:gridCol w:w="2098"/>
      </w:tblGrid>
      <w:tr>
        <w:trPr>
          <w:trHeight w:val="340"/>
        </w:trPr>
        <w:tc>
          <w:tcPr>
            <w:tcW w:type="dxa" w:w="737"/>
          </w:tcPr>
          <w:p>
            <w:pPr>
              <w:jc w:val="center"/>
            </w:pPr>
            <w:r>
              <w:rPr>
                <w:b/>
                <w:sz w:val="18"/>
              </w:rPr>
              <w:t>№ п/п</w:t>
            </w:r>
          </w:p>
        </w:tc>
        <w:tc>
          <w:tcPr>
            <w:tcW w:type="dxa" w:w="5386"/>
          </w:tcPr>
          <w:p>
            <w:pPr>
              <w:jc w:val="center"/>
            </w:pPr>
            <w:r>
              <w:rPr>
                <w:b/>
                <w:sz w:val="18"/>
              </w:rPr>
              <w:t>Наименование мероприятия</w:t>
            </w:r>
          </w:p>
        </w:tc>
        <w:tc>
          <w:tcPr>
            <w:tcW w:type="dxa" w:w="1701"/>
          </w:tcPr>
          <w:p>
            <w:pPr>
              <w:jc w:val="center"/>
            </w:pPr>
            <w:r>
              <w:rPr>
                <w:b/>
                <w:sz w:val="18"/>
              </w:rPr>
              <w:t>Срок выполнения</w:t>
            </w:r>
          </w:p>
        </w:tc>
        <w:tc>
          <w:tcPr>
            <w:tcW w:type="dxa" w:w="2098"/>
          </w:tcPr>
          <w:p>
            <w:pPr>
              <w:jc w:val="center"/>
            </w:pPr>
            <w:r>
              <w:rPr>
                <w:b/>
                <w:sz w:val="18"/>
              </w:rPr>
              <w:t>Ответственный исполнитель</w:t>
            </w:r>
          </w:p>
        </w:tc>
      </w:tr>
      <w:tr>
        <w:trPr>
          <w:trHeight w:val="340"/>
        </w:trPr>
        <w:tc>
          <w:tcPr>
            <w:tcW w:type="dxa" w:w="737"/>
          </w:tcPr>
          <w:p>
            <w:r>
              <w:rPr>
                <w:sz w:val="19"/>
              </w:rPr>
            </w:r>
          </w:p>
        </w:tc>
        <w:tc>
          <w:tcPr>
            <w:tcW w:type="dxa" w:w="5386"/>
          </w:tcPr>
          <w:p>
            <w:r>
              <w:rPr>
                <w:sz w:val="19"/>
              </w:rPr>
            </w:r>
          </w:p>
        </w:tc>
        <w:tc>
          <w:tcPr>
            <w:tcW w:type="dxa" w:w="1701"/>
          </w:tcPr>
          <w:p>
            <w:r>
              <w:rPr>
                <w:sz w:val="19"/>
              </w:rPr>
            </w:r>
          </w:p>
        </w:tc>
        <w:tc>
          <w:tcPr>
            <w:tcW w:type="dxa" w:w="2098"/>
          </w:tcPr>
          <w:p>
            <w:r>
              <w:rPr>
                <w:sz w:val="19"/>
              </w:rPr>
            </w:r>
          </w:p>
        </w:tc>
      </w:tr>
      <w:tr>
        <w:trPr>
          <w:trHeight w:val="340"/>
        </w:trPr>
        <w:tc>
          <w:tcPr>
            <w:tcW w:type="dxa" w:w="737"/>
          </w:tcPr>
          <w:p>
            <w:r>
              <w:rPr>
                <w:sz w:val="19"/>
              </w:rPr>
            </w:r>
          </w:p>
        </w:tc>
        <w:tc>
          <w:tcPr>
            <w:tcW w:type="dxa" w:w="5386"/>
          </w:tcPr>
          <w:p>
            <w:r>
              <w:rPr>
                <w:sz w:val="19"/>
              </w:rPr>
            </w:r>
          </w:p>
        </w:tc>
        <w:tc>
          <w:tcPr>
            <w:tcW w:type="dxa" w:w="1701"/>
          </w:tcPr>
          <w:p>
            <w:r>
              <w:rPr>
                <w:sz w:val="19"/>
              </w:rPr>
            </w:r>
          </w:p>
        </w:tc>
        <w:tc>
          <w:tcPr>
            <w:tcW w:type="dxa" w:w="2098"/>
          </w:tcPr>
          <w:p>
            <w:r>
              <w:rPr>
                <w:sz w:val="19"/>
              </w:rPr>
            </w:r>
          </w:p>
        </w:tc>
      </w:tr>
      <w:tr>
        <w:trPr>
          <w:trHeight w:val="340"/>
        </w:trPr>
        <w:tc>
          <w:tcPr>
            <w:tcW w:type="dxa" w:w="737"/>
          </w:tcPr>
          <w:p>
            <w:r>
              <w:rPr>
                <w:sz w:val="19"/>
              </w:rPr>
            </w:r>
          </w:p>
        </w:tc>
        <w:tc>
          <w:tcPr>
            <w:tcW w:type="dxa" w:w="5386"/>
          </w:tcPr>
          <w:p>
            <w:r>
              <w:rPr>
                <w:sz w:val="19"/>
              </w:rPr>
            </w:r>
          </w:p>
        </w:tc>
        <w:tc>
          <w:tcPr>
            <w:tcW w:type="dxa" w:w="1701"/>
          </w:tcPr>
          <w:p>
            <w:r>
              <w:rPr>
                <w:sz w:val="19"/>
              </w:rPr>
            </w:r>
          </w:p>
        </w:tc>
        <w:tc>
          <w:tcPr>
            <w:tcW w:type="dxa" w:w="2098"/>
          </w:tcPr>
          <w:p>
            <w:r>
              <w:rPr>
                <w:sz w:val="19"/>
              </w:rPr>
            </w:r>
          </w:p>
        </w:tc>
      </w:tr>
      <w:tr>
        <w:trPr>
          <w:trHeight w:val="340"/>
        </w:trPr>
        <w:tc>
          <w:tcPr>
            <w:tcW w:type="dxa" w:w="737"/>
          </w:tcPr>
          <w:p>
            <w:r>
              <w:rPr>
                <w:sz w:val="19"/>
              </w:rPr>
            </w:r>
          </w:p>
        </w:tc>
        <w:tc>
          <w:tcPr>
            <w:tcW w:type="dxa" w:w="5386"/>
          </w:tcPr>
          <w:p>
            <w:r>
              <w:rPr>
                <w:sz w:val="19"/>
              </w:rPr>
            </w:r>
          </w:p>
        </w:tc>
        <w:tc>
          <w:tcPr>
            <w:tcW w:type="dxa" w:w="1701"/>
          </w:tcPr>
          <w:p>
            <w:r>
              <w:rPr>
                <w:sz w:val="19"/>
              </w:rPr>
            </w:r>
          </w:p>
        </w:tc>
        <w:tc>
          <w:tcPr>
            <w:tcW w:type="dxa" w:w="2098"/>
          </w:tcPr>
          <w:p>
            <w:r>
              <w:rPr>
                <w:sz w:val="19"/>
              </w:rPr>
            </w:r>
          </w:p>
        </w:tc>
      </w:tr>
    </w:tbl>
    <w:p>
      <w:pPr>
        <w:spacing w:before="0" w:after="40"/>
      </w:pPr>
    </w:p>
    <w:p>
      <w:pPr>
        <w:keepNext/>
        <w:spacing w:before="80" w:after="40"/>
      </w:pPr>
      <w:r>
        <w:rPr>
          <w:b w:val="0"/>
          <w:i w:val="0"/>
        </w:rPr>
        <w:t>5. В процессе производства работ необходимо выполнить следующие мероприятия:</w:t>
      </w:r>
    </w:p>
    <w:tbl>
      <w:tblPr>
        <w:tblStyle w:val="TableGrid"/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737"/>
        <w:gridCol w:w="5386"/>
        <w:gridCol w:w="1701"/>
        <w:gridCol w:w="2098"/>
      </w:tblGrid>
      <w:tr>
        <w:trPr>
          <w:trHeight w:val="340"/>
        </w:trPr>
        <w:tc>
          <w:tcPr>
            <w:tcW w:type="dxa" w:w="737"/>
          </w:tcPr>
          <w:p>
            <w:pPr>
              <w:jc w:val="center"/>
            </w:pPr>
            <w:r>
              <w:rPr>
                <w:b/>
                <w:sz w:val="18"/>
              </w:rPr>
              <w:t>№ п/п</w:t>
            </w:r>
          </w:p>
        </w:tc>
        <w:tc>
          <w:tcPr>
            <w:tcW w:type="dxa" w:w="5386"/>
          </w:tcPr>
          <w:p>
            <w:pPr>
              <w:jc w:val="center"/>
            </w:pPr>
            <w:r>
              <w:rPr>
                <w:b/>
                <w:sz w:val="18"/>
              </w:rPr>
              <w:t>Наименование мероприятия</w:t>
            </w:r>
          </w:p>
        </w:tc>
        <w:tc>
          <w:tcPr>
            <w:tcW w:type="dxa" w:w="1701"/>
          </w:tcPr>
          <w:p>
            <w:pPr>
              <w:jc w:val="center"/>
            </w:pPr>
            <w:r>
              <w:rPr>
                <w:b/>
                <w:sz w:val="18"/>
              </w:rPr>
              <w:t>Срок выполнения</w:t>
            </w:r>
          </w:p>
        </w:tc>
        <w:tc>
          <w:tcPr>
            <w:tcW w:type="dxa" w:w="2098"/>
          </w:tcPr>
          <w:p>
            <w:pPr>
              <w:jc w:val="center"/>
            </w:pPr>
            <w:r>
              <w:rPr>
                <w:b/>
                <w:sz w:val="18"/>
              </w:rPr>
              <w:t>Ответственный исполнитель</w:t>
            </w:r>
          </w:p>
        </w:tc>
      </w:tr>
      <w:tr>
        <w:trPr>
          <w:trHeight w:val="340"/>
        </w:trPr>
        <w:tc>
          <w:tcPr>
            <w:tcW w:type="dxa" w:w="737"/>
          </w:tcPr>
          <w:p>
            <w:r>
              <w:rPr>
                <w:sz w:val="19"/>
              </w:rPr>
            </w:r>
          </w:p>
        </w:tc>
        <w:tc>
          <w:tcPr>
            <w:tcW w:type="dxa" w:w="5386"/>
          </w:tcPr>
          <w:p>
            <w:r>
              <w:rPr>
                <w:sz w:val="19"/>
              </w:rPr>
            </w:r>
          </w:p>
        </w:tc>
        <w:tc>
          <w:tcPr>
            <w:tcW w:type="dxa" w:w="1701"/>
          </w:tcPr>
          <w:p>
            <w:r>
              <w:rPr>
                <w:sz w:val="19"/>
              </w:rPr>
            </w:r>
          </w:p>
        </w:tc>
        <w:tc>
          <w:tcPr>
            <w:tcW w:type="dxa" w:w="2098"/>
          </w:tcPr>
          <w:p>
            <w:r>
              <w:rPr>
                <w:sz w:val="19"/>
              </w:rPr>
            </w:r>
          </w:p>
        </w:tc>
      </w:tr>
      <w:tr>
        <w:trPr>
          <w:trHeight w:val="340"/>
        </w:trPr>
        <w:tc>
          <w:tcPr>
            <w:tcW w:type="dxa" w:w="737"/>
          </w:tcPr>
          <w:p>
            <w:r>
              <w:rPr>
                <w:sz w:val="19"/>
              </w:rPr>
            </w:r>
          </w:p>
        </w:tc>
        <w:tc>
          <w:tcPr>
            <w:tcW w:type="dxa" w:w="5386"/>
          </w:tcPr>
          <w:p>
            <w:r>
              <w:rPr>
                <w:sz w:val="19"/>
              </w:rPr>
            </w:r>
          </w:p>
        </w:tc>
        <w:tc>
          <w:tcPr>
            <w:tcW w:type="dxa" w:w="1701"/>
          </w:tcPr>
          <w:p>
            <w:r>
              <w:rPr>
                <w:sz w:val="19"/>
              </w:rPr>
            </w:r>
          </w:p>
        </w:tc>
        <w:tc>
          <w:tcPr>
            <w:tcW w:type="dxa" w:w="2098"/>
          </w:tcPr>
          <w:p>
            <w:r>
              <w:rPr>
                <w:sz w:val="19"/>
              </w:rPr>
            </w:r>
          </w:p>
        </w:tc>
      </w:tr>
      <w:tr>
        <w:trPr>
          <w:trHeight w:val="340"/>
        </w:trPr>
        <w:tc>
          <w:tcPr>
            <w:tcW w:type="dxa" w:w="737"/>
          </w:tcPr>
          <w:p>
            <w:r>
              <w:rPr>
                <w:sz w:val="19"/>
              </w:rPr>
            </w:r>
          </w:p>
        </w:tc>
        <w:tc>
          <w:tcPr>
            <w:tcW w:type="dxa" w:w="5386"/>
          </w:tcPr>
          <w:p>
            <w:r>
              <w:rPr>
                <w:sz w:val="19"/>
              </w:rPr>
            </w:r>
          </w:p>
        </w:tc>
        <w:tc>
          <w:tcPr>
            <w:tcW w:type="dxa" w:w="1701"/>
          </w:tcPr>
          <w:p>
            <w:r>
              <w:rPr>
                <w:sz w:val="19"/>
              </w:rPr>
            </w:r>
          </w:p>
        </w:tc>
        <w:tc>
          <w:tcPr>
            <w:tcW w:type="dxa" w:w="2098"/>
          </w:tcPr>
          <w:p>
            <w:r>
              <w:rPr>
                <w:sz w:val="19"/>
              </w:rPr>
            </w:r>
          </w:p>
        </w:tc>
      </w:tr>
      <w:tr>
        <w:trPr>
          <w:trHeight w:val="340"/>
        </w:trPr>
        <w:tc>
          <w:tcPr>
            <w:tcW w:type="dxa" w:w="737"/>
          </w:tcPr>
          <w:p>
            <w:r>
              <w:rPr>
                <w:sz w:val="19"/>
              </w:rPr>
            </w:r>
          </w:p>
        </w:tc>
        <w:tc>
          <w:tcPr>
            <w:tcW w:type="dxa" w:w="5386"/>
          </w:tcPr>
          <w:p>
            <w:r>
              <w:rPr>
                <w:sz w:val="19"/>
              </w:rPr>
            </w:r>
          </w:p>
        </w:tc>
        <w:tc>
          <w:tcPr>
            <w:tcW w:type="dxa" w:w="1701"/>
          </w:tcPr>
          <w:p>
            <w:r>
              <w:rPr>
                <w:sz w:val="19"/>
              </w:rPr>
            </w:r>
          </w:p>
        </w:tc>
        <w:tc>
          <w:tcPr>
            <w:tcW w:type="dxa" w:w="2098"/>
          </w:tcPr>
          <w:p>
            <w:r>
              <w:rPr>
                <w:sz w:val="19"/>
              </w:rPr>
            </w:r>
          </w:p>
        </w:tc>
      </w:tr>
    </w:tbl>
    <w:p>
      <w:pPr>
        <w:spacing w:before="0" w:after="40"/>
      </w:pPr>
    </w:p>
    <w:p>
      <w:pPr>
        <w:keepNext/>
        <w:spacing w:before="80" w:after="40"/>
      </w:pPr>
      <w:r>
        <w:rPr>
          <w:b w:val="0"/>
          <w:i w:val="0"/>
        </w:rPr>
        <w:t>6. Состав исполнителей работ:</w:t>
      </w:r>
    </w:p>
    <w:tbl>
      <w:tblPr>
        <w:tblStyle w:val="TableGrid"/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2608"/>
        <w:gridCol w:w="2608"/>
        <w:gridCol w:w="2608"/>
        <w:gridCol w:w="2098"/>
      </w:tblGrid>
      <w:tr>
        <w:trPr>
          <w:trHeight w:val="340"/>
        </w:trPr>
        <w:tc>
          <w:tcPr>
            <w:tcW w:type="dxa" w:w="2608"/>
          </w:tcPr>
          <w:p>
            <w:pPr>
              <w:jc w:val="center"/>
            </w:pPr>
            <w:r>
              <w:rPr>
                <w:b/>
                <w:sz w:val="18"/>
              </w:rPr>
              <w:t>Фамилия, имя, отчество (при наличии)</w:t>
            </w:r>
          </w:p>
        </w:tc>
        <w:tc>
          <w:tcPr>
            <w:tcW w:type="dxa" w:w="2608"/>
          </w:tcPr>
          <w:p>
            <w:pPr>
              <w:jc w:val="center"/>
            </w:pPr>
            <w:r>
              <w:rPr>
                <w:b/>
                <w:sz w:val="18"/>
              </w:rPr>
              <w:t>Профессия (должность), квалификация, группа по электробезопасности</w:t>
            </w:r>
          </w:p>
        </w:tc>
        <w:tc>
          <w:tcPr>
            <w:tcW w:type="dxa" w:w="2608"/>
          </w:tcPr>
          <w:p>
            <w:pPr>
              <w:jc w:val="center"/>
            </w:pPr>
            <w:r>
              <w:rPr>
                <w:b/>
                <w:sz w:val="18"/>
              </w:rPr>
              <w:t>Фамилия и инициалы лица, проводившего инструктаж и ознакомление с условиями работы</w:t>
            </w:r>
          </w:p>
        </w:tc>
        <w:tc>
          <w:tcPr>
            <w:tcW w:type="dxa" w:w="2098"/>
          </w:tcPr>
          <w:p>
            <w:pPr>
              <w:jc w:val="center"/>
            </w:pPr>
            <w:r>
              <w:rPr>
                <w:b/>
                <w:sz w:val="18"/>
              </w:rPr>
              <w:t>Подпись лица, прошедшего инструктаж и ознакомившегося с условиями работ</w:t>
            </w:r>
          </w:p>
        </w:tc>
      </w:tr>
      <w:tr>
        <w:trPr>
          <w:trHeight w:val="340"/>
        </w:trPr>
        <w:tc>
          <w:tcPr>
            <w:tcW w:type="dxa" w:w="2608"/>
          </w:tcPr>
          <w:p>
            <w:r>
              <w:rPr>
                <w:sz w:val="19"/>
              </w:rPr>
            </w:r>
          </w:p>
        </w:tc>
        <w:tc>
          <w:tcPr>
            <w:tcW w:type="dxa" w:w="2608"/>
          </w:tcPr>
          <w:p>
            <w:r>
              <w:rPr>
                <w:sz w:val="19"/>
              </w:rPr>
            </w:r>
          </w:p>
        </w:tc>
        <w:tc>
          <w:tcPr>
            <w:tcW w:type="dxa" w:w="2608"/>
          </w:tcPr>
          <w:p>
            <w:r>
              <w:rPr>
                <w:sz w:val="19"/>
              </w:rPr>
            </w:r>
          </w:p>
        </w:tc>
        <w:tc>
          <w:tcPr>
            <w:tcW w:type="dxa" w:w="2098"/>
          </w:tcPr>
          <w:p>
            <w:r>
              <w:rPr>
                <w:sz w:val="19"/>
              </w:rPr>
            </w:r>
          </w:p>
        </w:tc>
      </w:tr>
      <w:tr>
        <w:trPr>
          <w:trHeight w:val="340"/>
        </w:trPr>
        <w:tc>
          <w:tcPr>
            <w:tcW w:type="dxa" w:w="2608"/>
          </w:tcPr>
          <w:p>
            <w:r>
              <w:rPr>
                <w:sz w:val="19"/>
              </w:rPr>
            </w:r>
          </w:p>
        </w:tc>
        <w:tc>
          <w:tcPr>
            <w:tcW w:type="dxa" w:w="2608"/>
          </w:tcPr>
          <w:p>
            <w:r>
              <w:rPr>
                <w:sz w:val="19"/>
              </w:rPr>
            </w:r>
          </w:p>
        </w:tc>
        <w:tc>
          <w:tcPr>
            <w:tcW w:type="dxa" w:w="2608"/>
          </w:tcPr>
          <w:p>
            <w:r>
              <w:rPr>
                <w:sz w:val="19"/>
              </w:rPr>
            </w:r>
          </w:p>
        </w:tc>
        <w:tc>
          <w:tcPr>
            <w:tcW w:type="dxa" w:w="2098"/>
          </w:tcPr>
          <w:p>
            <w:r>
              <w:rPr>
                <w:sz w:val="19"/>
              </w:rPr>
            </w:r>
          </w:p>
        </w:tc>
      </w:tr>
      <w:tr>
        <w:trPr>
          <w:trHeight w:val="340"/>
        </w:trPr>
        <w:tc>
          <w:tcPr>
            <w:tcW w:type="dxa" w:w="2608"/>
          </w:tcPr>
          <w:p>
            <w:r>
              <w:rPr>
                <w:sz w:val="19"/>
              </w:rPr>
            </w:r>
          </w:p>
        </w:tc>
        <w:tc>
          <w:tcPr>
            <w:tcW w:type="dxa" w:w="2608"/>
          </w:tcPr>
          <w:p>
            <w:r>
              <w:rPr>
                <w:sz w:val="19"/>
              </w:rPr>
            </w:r>
          </w:p>
        </w:tc>
        <w:tc>
          <w:tcPr>
            <w:tcW w:type="dxa" w:w="2608"/>
          </w:tcPr>
          <w:p>
            <w:r>
              <w:rPr>
                <w:sz w:val="19"/>
              </w:rPr>
            </w:r>
          </w:p>
        </w:tc>
        <w:tc>
          <w:tcPr>
            <w:tcW w:type="dxa" w:w="2098"/>
          </w:tcPr>
          <w:p>
            <w:r>
              <w:rPr>
                <w:sz w:val="19"/>
              </w:rPr>
            </w:r>
          </w:p>
        </w:tc>
      </w:tr>
      <w:tr>
        <w:trPr>
          <w:trHeight w:val="340"/>
        </w:trPr>
        <w:tc>
          <w:tcPr>
            <w:tcW w:type="dxa" w:w="2608"/>
          </w:tcPr>
          <w:p>
            <w:r>
              <w:rPr>
                <w:sz w:val="19"/>
              </w:rPr>
            </w:r>
          </w:p>
        </w:tc>
        <w:tc>
          <w:tcPr>
            <w:tcW w:type="dxa" w:w="2608"/>
          </w:tcPr>
          <w:p>
            <w:r>
              <w:rPr>
                <w:sz w:val="19"/>
              </w:rPr>
            </w:r>
          </w:p>
        </w:tc>
        <w:tc>
          <w:tcPr>
            <w:tcW w:type="dxa" w:w="2608"/>
          </w:tcPr>
          <w:p>
            <w:r>
              <w:rPr>
                <w:sz w:val="19"/>
              </w:rPr>
            </w:r>
          </w:p>
        </w:tc>
        <w:tc>
          <w:tcPr>
            <w:tcW w:type="dxa" w:w="2098"/>
          </w:tcPr>
          <w:p>
            <w:r>
              <w:rPr>
                <w:sz w:val="19"/>
              </w:rPr>
            </w:r>
          </w:p>
        </w:tc>
      </w:tr>
      <w:tr>
        <w:trPr>
          <w:trHeight w:val="340"/>
        </w:trPr>
        <w:tc>
          <w:tcPr>
            <w:tcW w:type="dxa" w:w="2608"/>
          </w:tcPr>
          <w:p>
            <w:r>
              <w:rPr>
                <w:sz w:val="19"/>
              </w:rPr>
            </w:r>
          </w:p>
        </w:tc>
        <w:tc>
          <w:tcPr>
            <w:tcW w:type="dxa" w:w="2608"/>
          </w:tcPr>
          <w:p>
            <w:r>
              <w:rPr>
                <w:sz w:val="19"/>
              </w:rPr>
            </w:r>
          </w:p>
        </w:tc>
        <w:tc>
          <w:tcPr>
            <w:tcW w:type="dxa" w:w="2608"/>
          </w:tcPr>
          <w:p>
            <w:r>
              <w:rPr>
                <w:sz w:val="19"/>
              </w:rPr>
            </w:r>
          </w:p>
        </w:tc>
        <w:tc>
          <w:tcPr>
            <w:tcW w:type="dxa" w:w="2098"/>
          </w:tcPr>
          <w:p>
            <w:r>
              <w:rPr>
                <w:sz w:val="19"/>
              </w:rPr>
            </w:r>
          </w:p>
        </w:tc>
      </w:tr>
      <w:tr>
        <w:trPr>
          <w:trHeight w:val="340"/>
        </w:trPr>
        <w:tc>
          <w:tcPr>
            <w:tcW w:type="dxa" w:w="2608"/>
          </w:tcPr>
          <w:p>
            <w:r>
              <w:rPr>
                <w:sz w:val="19"/>
              </w:rPr>
            </w:r>
          </w:p>
        </w:tc>
        <w:tc>
          <w:tcPr>
            <w:tcW w:type="dxa" w:w="2608"/>
          </w:tcPr>
          <w:p>
            <w:r>
              <w:rPr>
                <w:sz w:val="19"/>
              </w:rPr>
            </w:r>
          </w:p>
        </w:tc>
        <w:tc>
          <w:tcPr>
            <w:tcW w:type="dxa" w:w="2608"/>
          </w:tcPr>
          <w:p>
            <w:r>
              <w:rPr>
                <w:sz w:val="19"/>
              </w:rPr>
            </w:r>
          </w:p>
        </w:tc>
        <w:tc>
          <w:tcPr>
            <w:tcW w:type="dxa" w:w="2098"/>
          </w:tcPr>
          <w:p>
            <w:r>
              <w:rPr>
                <w:sz w:val="19"/>
              </w:rPr>
            </w:r>
          </w:p>
        </w:tc>
      </w:tr>
    </w:tbl>
    <w:p>
      <w:pPr>
        <w:spacing w:before="0" w:after="40"/>
      </w:pPr>
    </w:p>
    <w:p>
      <w:pPr>
        <w:keepNext/>
        <w:spacing w:before="40" w:after="40"/>
      </w:pPr>
      <w:r>
        <w:rPr>
          <w:b w:val="0"/>
          <w:i w:val="0"/>
        </w:rPr>
        <w:t>7. Наряд-допуск выдал</w:t>
      </w:r>
    </w:p>
    <w:p>
      <w:pPr>
        <w:spacing w:before="40" w:after="0"/>
        <w:keepNext/>
        <w:pBdr>
          <w:bottom w:val="single" w:sz="6" w:space="1" w:color="000000"/>
        </w:pBdr>
      </w:pPr>
    </w:p>
    <w:p>
      <w:pPr>
        <w:spacing w:before="0" w:after="40"/>
        <w:jc w:val="center"/>
      </w:pPr>
      <w:r>
        <w:rPr>
          <w:b w:val="0"/>
          <w:i/>
          <w:sz w:val="15"/>
        </w:rPr>
        <w:t>(должность, фамилия, инициалы уполномоченного приказом работодателя лица, подпись, дата)</w:t>
      </w:r>
    </w:p>
    <w:p>
      <w:pPr>
        <w:keepNext/>
        <w:spacing w:before="40" w:after="40"/>
      </w:pPr>
      <w:r>
        <w:rPr>
          <w:b w:val="0"/>
          <w:i w:val="0"/>
        </w:rPr>
        <w:t>Наряд-допуск принял</w:t>
      </w:r>
    </w:p>
    <w:p>
      <w:pPr>
        <w:spacing w:before="40" w:after="0"/>
        <w:keepNext/>
        <w:pBdr>
          <w:bottom w:val="single" w:sz="6" w:space="1" w:color="000000"/>
        </w:pBdr>
      </w:pPr>
    </w:p>
    <w:p>
      <w:pPr>
        <w:spacing w:before="0" w:after="40"/>
        <w:jc w:val="center"/>
      </w:pPr>
      <w:r>
        <w:rPr>
          <w:b w:val="0"/>
          <w:i/>
          <w:sz w:val="15"/>
        </w:rPr>
        <w:t>(должность, фамилия, инициалы, подпись, дата)</w:t>
      </w:r>
    </w:p>
    <w:p>
      <w:pPr>
        <w:spacing w:before="80" w:after="40"/>
      </w:pPr>
      <w:r>
        <w:rPr>
          <w:b w:val="0"/>
          <w:i w:val="0"/>
        </w:rPr>
        <w:t>8. Письменное разрешение эксплуатирующей организации на производство работ имеется.</w:t>
      </w:r>
    </w:p>
    <w:p>
      <w:pPr>
        <w:keepNext/>
        <w:spacing w:before="40" w:after="40"/>
      </w:pPr>
      <w:r>
        <w:rPr>
          <w:b w:val="0"/>
          <w:i w:val="0"/>
        </w:rPr>
        <w:t>Мероприятия по обеспечению безопасности строительного производства согласованы</w:t>
      </w:r>
    </w:p>
    <w:p>
      <w:pPr>
        <w:spacing w:before="40" w:after="0"/>
        <w:keepNext/>
        <w:pBdr>
          <w:bottom w:val="single" w:sz="6" w:space="1" w:color="000000"/>
        </w:pBdr>
      </w:pPr>
    </w:p>
    <w:p>
      <w:pPr>
        <w:spacing w:before="0" w:after="40"/>
        <w:jc w:val="center"/>
      </w:pPr>
      <w:r>
        <w:rPr>
          <w:b w:val="0"/>
          <w:i/>
          <w:sz w:val="15"/>
        </w:rPr>
        <w:t>(должность, фамилия, инициалы уполномоченного представителя действующего объекта, подпись, дата)</w:t>
      </w:r>
    </w:p>
    <w:p>
      <w:pPr>
        <w:spacing w:before="80" w:after="40"/>
      </w:pPr>
      <w:r>
        <w:rPr>
          <w:b w:val="0"/>
          <w:i w:val="0"/>
        </w:rPr>
        <w:t>9. Рабочее место и условия труда проверены. Мероприятия, указанные в наряде-допуске, выполнены.</w:t>
      </w:r>
    </w:p>
    <w:p>
      <w:pPr>
        <w:keepNext/>
        <w:spacing w:before="40" w:after="40"/>
      </w:pPr>
      <w:r>
        <w:rPr>
          <w:b w:val="0"/>
          <w:i w:val="0"/>
        </w:rPr>
        <w:t>Разрешаю приступить к выполнению работ</w:t>
      </w:r>
    </w:p>
    <w:p>
      <w:pPr>
        <w:spacing w:before="40" w:after="0"/>
        <w:keepNext/>
        <w:pBdr>
          <w:bottom w:val="single" w:sz="6" w:space="1" w:color="000000"/>
        </w:pBdr>
      </w:pPr>
    </w:p>
    <w:p>
      <w:pPr>
        <w:spacing w:before="0" w:after="40"/>
        <w:jc w:val="center"/>
      </w:pPr>
      <w:r>
        <w:rPr>
          <w:b w:val="0"/>
          <w:i/>
          <w:sz w:val="15"/>
        </w:rPr>
        <w:t>(должность, фамилия, инициалы, подпись, дата)</w:t>
      </w:r>
    </w:p>
    <w:p>
      <w:pPr>
        <w:keepNext/>
        <w:spacing w:before="80" w:after="40"/>
      </w:pPr>
      <w:r>
        <w:rPr>
          <w:b w:val="0"/>
          <w:i w:val="0"/>
        </w:rPr>
        <w:t>10. Подпись лица, прошедшего инструктаж и ознакомившегося с условиями работ</w:t>
      </w:r>
    </w:p>
    <w:p>
      <w:pPr>
        <w:spacing w:before="40" w:after="0"/>
        <w:keepNext/>
        <w:pBdr>
          <w:bottom w:val="single" w:sz="6" w:space="1" w:color="000000"/>
        </w:pBdr>
      </w:pPr>
    </w:p>
    <w:p>
      <w:pPr>
        <w:spacing w:before="0" w:after="80"/>
      </w:pPr>
    </w:p>
    <w:p>
      <w:pPr>
        <w:keepNext/>
        <w:spacing w:before="80" w:after="40"/>
      </w:pPr>
      <w:r>
        <w:rPr>
          <w:b w:val="0"/>
          <w:i w:val="0"/>
        </w:rPr>
        <w:t>11. Изменения в составе исполнителей работ:</w:t>
      </w:r>
    </w:p>
    <w:tbl>
      <w:tblPr>
        <w:tblStyle w:val="TableGrid"/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2494"/>
        <w:gridCol w:w="2494"/>
        <w:gridCol w:w="1701"/>
        <w:gridCol w:w="3231"/>
      </w:tblGrid>
      <w:tr>
        <w:trPr>
          <w:trHeight w:val="340"/>
        </w:trPr>
        <w:tc>
          <w:tcPr>
            <w:tcW w:type="dxa" w:w="2494"/>
          </w:tcPr>
          <w:p>
            <w:pPr>
              <w:jc w:val="center"/>
            </w:pPr>
            <w:r>
              <w:rPr>
                <w:b/>
                <w:sz w:val="18"/>
              </w:rPr>
              <w:t>Введен в состав исполнителей работ</w:t>
            </w:r>
          </w:p>
        </w:tc>
        <w:tc>
          <w:tcPr>
            <w:tcW w:type="dxa" w:w="2494"/>
          </w:tcPr>
          <w:p>
            <w:pPr>
              <w:jc w:val="center"/>
            </w:pPr>
            <w:r>
              <w:rPr>
                <w:b/>
                <w:sz w:val="18"/>
              </w:rPr>
              <w:t>Выведен из состава исполнителей работ</w:t>
            </w:r>
          </w:p>
        </w:tc>
        <w:tc>
          <w:tcPr>
            <w:tcW w:type="dxa" w:w="1701"/>
          </w:tcPr>
          <w:p>
            <w:pPr>
              <w:jc w:val="center"/>
            </w:pPr>
            <w:r>
              <w:rPr>
                <w:b/>
                <w:sz w:val="18"/>
              </w:rPr>
              <w:t>Дата, время</w:t>
            </w:r>
          </w:p>
        </w:tc>
        <w:tc>
          <w:tcPr>
            <w:tcW w:type="dxa" w:w="3231"/>
          </w:tcPr>
          <w:p>
            <w:pPr>
              <w:jc w:val="center"/>
            </w:pPr>
            <w:r>
              <w:rPr>
                <w:b/>
                <w:sz w:val="18"/>
              </w:rPr>
              <w:t>Фамилия, инициалы лица, разрешившего произвести изменения в составе исполнителей работ, подпись</w:t>
            </w:r>
          </w:p>
        </w:tc>
      </w:tr>
      <w:tr>
        <w:trPr>
          <w:trHeight w:val="340"/>
        </w:trPr>
        <w:tc>
          <w:tcPr>
            <w:tcW w:type="dxa" w:w="2494"/>
          </w:tcPr>
          <w:p>
            <w:r>
              <w:rPr>
                <w:sz w:val="19"/>
              </w:rPr>
            </w:r>
          </w:p>
        </w:tc>
        <w:tc>
          <w:tcPr>
            <w:tcW w:type="dxa" w:w="2494"/>
          </w:tcPr>
          <w:p>
            <w:r>
              <w:rPr>
                <w:sz w:val="19"/>
              </w:rPr>
            </w:r>
          </w:p>
        </w:tc>
        <w:tc>
          <w:tcPr>
            <w:tcW w:type="dxa" w:w="1701"/>
          </w:tcPr>
          <w:p>
            <w:r>
              <w:rPr>
                <w:sz w:val="19"/>
              </w:rPr>
            </w:r>
          </w:p>
        </w:tc>
        <w:tc>
          <w:tcPr>
            <w:tcW w:type="dxa" w:w="3231"/>
          </w:tcPr>
          <w:p>
            <w:r>
              <w:rPr>
                <w:sz w:val="19"/>
              </w:rPr>
            </w:r>
          </w:p>
        </w:tc>
      </w:tr>
      <w:tr>
        <w:trPr>
          <w:trHeight w:val="340"/>
        </w:trPr>
        <w:tc>
          <w:tcPr>
            <w:tcW w:type="dxa" w:w="2494"/>
          </w:tcPr>
          <w:p>
            <w:r>
              <w:rPr>
                <w:sz w:val="19"/>
              </w:rPr>
            </w:r>
          </w:p>
        </w:tc>
        <w:tc>
          <w:tcPr>
            <w:tcW w:type="dxa" w:w="2494"/>
          </w:tcPr>
          <w:p>
            <w:r>
              <w:rPr>
                <w:sz w:val="19"/>
              </w:rPr>
            </w:r>
          </w:p>
        </w:tc>
        <w:tc>
          <w:tcPr>
            <w:tcW w:type="dxa" w:w="1701"/>
          </w:tcPr>
          <w:p>
            <w:r>
              <w:rPr>
                <w:sz w:val="19"/>
              </w:rPr>
            </w:r>
          </w:p>
        </w:tc>
        <w:tc>
          <w:tcPr>
            <w:tcW w:type="dxa" w:w="3231"/>
          </w:tcPr>
          <w:p>
            <w:r>
              <w:rPr>
                <w:sz w:val="19"/>
              </w:rPr>
            </w:r>
          </w:p>
        </w:tc>
      </w:tr>
      <w:tr>
        <w:trPr>
          <w:trHeight w:val="340"/>
        </w:trPr>
        <w:tc>
          <w:tcPr>
            <w:tcW w:type="dxa" w:w="2494"/>
          </w:tcPr>
          <w:p>
            <w:r>
              <w:rPr>
                <w:sz w:val="19"/>
              </w:rPr>
            </w:r>
          </w:p>
        </w:tc>
        <w:tc>
          <w:tcPr>
            <w:tcW w:type="dxa" w:w="2494"/>
          </w:tcPr>
          <w:p>
            <w:r>
              <w:rPr>
                <w:sz w:val="19"/>
              </w:rPr>
            </w:r>
          </w:p>
        </w:tc>
        <w:tc>
          <w:tcPr>
            <w:tcW w:type="dxa" w:w="1701"/>
          </w:tcPr>
          <w:p>
            <w:r>
              <w:rPr>
                <w:sz w:val="19"/>
              </w:rPr>
            </w:r>
          </w:p>
        </w:tc>
        <w:tc>
          <w:tcPr>
            <w:tcW w:type="dxa" w:w="3231"/>
          </w:tcPr>
          <w:p>
            <w:r>
              <w:rPr>
                <w:sz w:val="19"/>
              </w:rPr>
            </w:r>
          </w:p>
        </w:tc>
      </w:tr>
    </w:tbl>
    <w:p>
      <w:pPr>
        <w:spacing w:before="0" w:after="40"/>
      </w:pPr>
    </w:p>
    <w:p>
      <w:pPr>
        <w:keepNext/>
        <w:spacing w:before="40" w:after="40"/>
      </w:pPr>
      <w:r>
        <w:rPr>
          <w:b w:val="0"/>
          <w:i w:val="0"/>
        </w:rPr>
        <w:t>12. Наряд-допуск продлен до</w:t>
      </w:r>
    </w:p>
    <w:p>
      <w:pPr>
        <w:spacing w:before="40" w:after="0"/>
        <w:keepNext/>
        <w:pBdr>
          <w:bottom w:val="single" w:sz="6" w:space="1" w:color="000000"/>
        </w:pBdr>
      </w:pPr>
    </w:p>
    <w:p>
      <w:pPr>
        <w:spacing w:before="0" w:after="40"/>
        <w:jc w:val="center"/>
      </w:pPr>
      <w:r>
        <w:rPr>
          <w:b w:val="0"/>
          <w:i/>
          <w:sz w:val="15"/>
        </w:rPr>
        <w:t>(дата, подпись лица, выдавшего наряд-допуск)</w:t>
      </w:r>
    </w:p>
    <w:p>
      <w:pPr>
        <w:keepNext/>
        <w:spacing w:before="40" w:after="40"/>
      </w:pPr>
      <w:r>
        <w:rPr>
          <w:b w:val="0"/>
          <w:i w:val="0"/>
        </w:rPr>
        <w:t>Разрешаю продолжить выполнение работ</w:t>
      </w:r>
    </w:p>
    <w:p>
      <w:pPr>
        <w:spacing w:before="40" w:after="0"/>
        <w:keepNext/>
        <w:pBdr>
          <w:bottom w:val="single" w:sz="6" w:space="1" w:color="000000"/>
        </w:pBdr>
      </w:pPr>
    </w:p>
    <w:p>
      <w:pPr>
        <w:spacing w:before="0" w:after="40"/>
        <w:jc w:val="center"/>
      </w:pPr>
      <w:r>
        <w:rPr>
          <w:b w:val="0"/>
          <w:i/>
          <w:sz w:val="15"/>
        </w:rPr>
        <w:t>(должность, фамилия, инициалы, подпись, дата)</w:t>
      </w:r>
    </w:p>
    <w:p>
      <w:pPr>
        <w:spacing w:before="80" w:after="40"/>
      </w:pPr>
      <w:r>
        <w:rPr>
          <w:b w:val="0"/>
          <w:i w:val="0"/>
        </w:rPr>
        <w:t>13. Работа выполнена в полном объеме. Материалы, инструмент, приспособления убраны. Работники выведены. Наряд-допуск закрыт.</w:t>
      </w:r>
    </w:p>
    <w:p>
      <w:pPr>
        <w:keepNext/>
        <w:spacing w:before="40" w:after="40"/>
      </w:pPr>
      <w:r>
        <w:rPr>
          <w:b w:val="0"/>
          <w:i w:val="0"/>
        </w:rPr>
        <w:t>Руководитель работ</w:t>
      </w:r>
    </w:p>
    <w:p>
      <w:pPr>
        <w:spacing w:before="40" w:after="0"/>
        <w:keepNext/>
        <w:pBdr>
          <w:bottom w:val="single" w:sz="6" w:space="1" w:color="000000"/>
        </w:pBdr>
      </w:pPr>
    </w:p>
    <w:p>
      <w:pPr>
        <w:spacing w:before="0" w:after="40"/>
        <w:jc w:val="center"/>
      </w:pPr>
      <w:r>
        <w:rPr>
          <w:b w:val="0"/>
          <w:i/>
          <w:sz w:val="15"/>
        </w:rPr>
        <w:t>(дата, подпись)</w:t>
      </w:r>
    </w:p>
    <w:p>
      <w:pPr>
        <w:keepNext/>
        <w:spacing w:before="40" w:after="40"/>
      </w:pPr>
      <w:r>
        <w:rPr>
          <w:b w:val="0"/>
          <w:i w:val="0"/>
        </w:rPr>
        <w:t>Лицо, выдавшее наряд-допуск</w:t>
      </w:r>
    </w:p>
    <w:p>
      <w:pPr>
        <w:spacing w:before="40" w:after="0"/>
        <w:keepNext/>
        <w:pBdr>
          <w:bottom w:val="single" w:sz="6" w:space="1" w:color="000000"/>
        </w:pBdr>
      </w:pPr>
    </w:p>
    <w:p>
      <w:pPr>
        <w:spacing w:before="0" w:after="40"/>
        <w:jc w:val="center"/>
      </w:pPr>
      <w:r>
        <w:rPr>
          <w:b w:val="0"/>
          <w:i/>
          <w:sz w:val="15"/>
        </w:rPr>
        <w:t>(дата, подпись)</w:t>
      </w:r>
    </w:p>
    <w:p>
      <w:pPr>
        <w:keepNext w:val="0"/>
        <w:spacing w:before="160" w:after="40"/>
      </w:pPr>
      <w:r>
        <w:rPr>
          <w:b w:val="0"/>
          <w:i/>
          <w:sz w:val="17"/>
        </w:rPr>
        <w:t>Форма воспроизводит рекомендуемый образец (приложение № 2 к Правилам по охране труда при строительстве, реконструкции и ремонте, приказ Минтруда России от 11.12.2020 № 883н, редакция приказа от 29.04.2025 № 287н). Работодатель может дополнить её реквизитами, например номером наряда-допуска для регистрации в журнале. Перечень работ и лиц, имеющих право выдавать наряды-допуски, устанавливается приказом работодателя.</w:t>
      </w:r>
    </w:p>
    <w:p>
      <w:pPr>
        <w:pageBreakBefore/>
        <w:spacing w:before="0" w:after="40"/>
        <w:jc w:val="center"/>
        <w:shd w:val="clear" w:color="auto" w:fill="FFF4CC"/>
      </w:pPr>
      <w:r>
        <w:rPr>
          <w:b/>
          <w:i w:val="0"/>
          <w:sz w:val="20"/>
        </w:rPr>
        <w:t>ПРИМЕР ЗАПОЛНЕНИЯ (вспомогательная страница, не является частью формы)</w:t>
      </w:r>
    </w:p>
    <w:p>
      <w:pPr>
        <w:spacing w:before="0" w:after="0"/>
        <w:jc w:val="right"/>
      </w:pPr>
      <w:r>
        <w:rPr>
          <w:b w:val="0"/>
          <w:i w:val="0"/>
          <w:sz w:val="17"/>
        </w:rPr>
        <w:t>Приложение № 2</w:t>
      </w:r>
    </w:p>
    <w:p>
      <w:pPr>
        <w:spacing w:before="0" w:after="0"/>
        <w:jc w:val="right"/>
      </w:pPr>
      <w:r>
        <w:rPr>
          <w:b w:val="0"/>
          <w:i w:val="0"/>
          <w:sz w:val="17"/>
        </w:rPr>
        <w:t>к Правилам по охране труда</w:t>
      </w:r>
    </w:p>
    <w:p>
      <w:pPr>
        <w:spacing w:before="0" w:after="0"/>
        <w:jc w:val="right"/>
      </w:pPr>
      <w:r>
        <w:rPr>
          <w:b w:val="0"/>
          <w:i w:val="0"/>
          <w:sz w:val="17"/>
        </w:rPr>
        <w:t>при строительстве, реконструкции</w:t>
      </w:r>
    </w:p>
    <w:p>
      <w:pPr>
        <w:spacing w:before="0" w:after="0"/>
        <w:jc w:val="right"/>
      </w:pPr>
      <w:r>
        <w:rPr>
          <w:b w:val="0"/>
          <w:i w:val="0"/>
          <w:sz w:val="17"/>
        </w:rPr>
        <w:t>и ремонте, утвержденным</w:t>
      </w:r>
    </w:p>
    <w:p>
      <w:pPr>
        <w:spacing w:before="0" w:after="0"/>
        <w:jc w:val="right"/>
      </w:pPr>
      <w:r>
        <w:rPr>
          <w:b w:val="0"/>
          <w:i w:val="0"/>
          <w:sz w:val="17"/>
        </w:rPr>
        <w:t>приказом Министерства труда</w:t>
      </w:r>
    </w:p>
    <w:p>
      <w:pPr>
        <w:spacing w:before="0" w:after="0"/>
        <w:jc w:val="right"/>
      </w:pPr>
      <w:r>
        <w:rPr>
          <w:b w:val="0"/>
          <w:i w:val="0"/>
          <w:sz w:val="17"/>
        </w:rPr>
        <w:t>и социальной защиты</w:t>
      </w:r>
    </w:p>
    <w:p>
      <w:pPr>
        <w:spacing w:before="0" w:after="0"/>
        <w:jc w:val="right"/>
      </w:pPr>
      <w:r>
        <w:rPr>
          <w:b w:val="0"/>
          <w:i w:val="0"/>
          <w:sz w:val="17"/>
        </w:rPr>
        <w:t>Российской Федерации</w:t>
      </w:r>
    </w:p>
    <w:p>
      <w:pPr>
        <w:spacing w:before="0" w:after="0"/>
        <w:jc w:val="right"/>
      </w:pPr>
      <w:r>
        <w:rPr>
          <w:b w:val="0"/>
          <w:i w:val="0"/>
          <w:sz w:val="17"/>
        </w:rPr>
        <w:t>от 11 декабря 2020 г. № 883н</w:t>
      </w:r>
    </w:p>
    <w:p>
      <w:pPr>
        <w:spacing w:before="80" w:after="80"/>
        <w:jc w:val="right"/>
      </w:pPr>
      <w:r>
        <w:rPr>
          <w:b w:val="0"/>
          <w:i w:val="0"/>
          <w:sz w:val="17"/>
        </w:rPr>
        <w:t>Рекомендуемый образец</w:t>
      </w:r>
    </w:p>
    <w:p>
      <w:pPr>
        <w:spacing w:before="0" w:after="0"/>
        <w:jc w:val="center"/>
      </w:pPr>
      <w:r>
        <w:rPr>
          <w:b/>
          <w:i w:val="0"/>
          <w:sz w:val="26"/>
        </w:rPr>
        <w:t>Наряд-допуск</w:t>
      </w:r>
    </w:p>
    <w:p>
      <w:pPr>
        <w:spacing w:before="0" w:after="0"/>
        <w:jc w:val="center"/>
      </w:pPr>
      <w:r>
        <w:rPr>
          <w:b/>
          <w:i w:val="0"/>
          <w:sz w:val="24"/>
        </w:rPr>
        <w:t>на производство работ в местах действия вредных и опасных</w:t>
      </w:r>
    </w:p>
    <w:p>
      <w:pPr>
        <w:spacing w:before="0" w:after="160"/>
        <w:jc w:val="center"/>
      </w:pPr>
      <w:r>
        <w:rPr>
          <w:b/>
          <w:i w:val="0"/>
          <w:sz w:val="24"/>
        </w:rPr>
        <w:t>производственных факторов</w:t>
      </w:r>
    </w:p>
    <w:p>
      <w:pPr>
        <w:spacing w:before="0" w:after="40"/>
      </w:pPr>
      <w:r>
        <w:rPr>
          <w:b w:val="0"/>
          <w:i w:val="0"/>
        </w:rPr>
        <w:t>Выдан "03" ноября 2026 г.</w:t>
      </w:r>
    </w:p>
    <w:p>
      <w:pPr>
        <w:spacing w:before="0" w:after="120"/>
      </w:pPr>
      <w:r>
        <w:rPr>
          <w:b w:val="0"/>
          <w:i w:val="0"/>
        </w:rPr>
        <w:t>Действителен до "05" ноября 2026 г.</w:t>
      </w:r>
    </w:p>
    <w:p>
      <w:pPr>
        <w:keepNext/>
        <w:spacing w:before="40" w:after="40"/>
      </w:pPr>
      <w:r>
        <w:rPr>
          <w:b w:val="0"/>
          <w:i w:val="0"/>
        </w:rPr>
        <w:t>1. Руководителю работ</w:t>
      </w:r>
    </w:p>
    <w:p>
      <w:pPr>
        <w:spacing w:before="40" w:after="0"/>
        <w:keepNext/>
        <w:pBdr>
          <w:bottom w:val="single" w:sz="6" w:space="1" w:color="000000"/>
        </w:pBdr>
        <w:shd w:val="clear" w:color="auto" w:fill="FFF4CC"/>
      </w:pPr>
      <w:r>
        <w:rPr>
          <w:b w:val="0"/>
          <w:i w:val="0"/>
        </w:rPr>
        <w:t>Иванову И. И., мастеру участка наружных сетей</w:t>
      </w:r>
    </w:p>
    <w:p>
      <w:pPr>
        <w:spacing w:before="0" w:after="40"/>
        <w:jc w:val="center"/>
      </w:pPr>
      <w:r>
        <w:rPr>
          <w:b w:val="0"/>
          <w:i/>
          <w:sz w:val="15"/>
        </w:rPr>
        <w:t>(фамилия, инициалы, должность)</w:t>
      </w:r>
    </w:p>
    <w:p>
      <w:pPr>
        <w:keepNext/>
        <w:spacing w:before="40" w:after="40"/>
      </w:pPr>
      <w:r>
        <w:rPr>
          <w:b w:val="0"/>
          <w:i w:val="0"/>
        </w:rPr>
        <w:t>2. На выполнение работ</w:t>
      </w:r>
    </w:p>
    <w:p>
      <w:pPr>
        <w:spacing w:before="40" w:after="0"/>
        <w:keepNext/>
        <w:pBdr>
          <w:bottom w:val="single" w:sz="6" w:space="1" w:color="000000"/>
        </w:pBdr>
        <w:shd w:val="clear" w:color="auto" w:fill="FFF4CC"/>
      </w:pPr>
      <w:r>
        <w:rPr>
          <w:b w:val="0"/>
          <w:i w:val="0"/>
        </w:rPr>
        <w:t>Монтаж затвора в колодце К-3 наружной сети водоотведения у корпуса 2. Колодец глубиной 3,2 м, сеть отключена, рядом внутриплощадочный проезд</w:t>
      </w:r>
    </w:p>
    <w:p>
      <w:pPr>
        <w:spacing w:before="0" w:after="40"/>
        <w:jc w:val="center"/>
      </w:pPr>
      <w:r>
        <w:rPr>
          <w:b w:val="0"/>
          <w:i/>
          <w:sz w:val="15"/>
        </w:rPr>
        <w:t>(наименование работ, место, условия их выполнения)</w:t>
      </w:r>
    </w:p>
    <w:p>
      <w:pPr>
        <w:spacing w:before="0" w:after="40"/>
      </w:pPr>
      <w:r>
        <w:rPr>
          <w:b w:val="0"/>
          <w:i w:val="0"/>
        </w:rPr>
        <w:t>Начало работ в 09 час. 00 мин. 03 ноября 2026 г.</w:t>
      </w:r>
    </w:p>
    <w:p>
      <w:pPr>
        <w:spacing w:before="0" w:after="80"/>
      </w:pPr>
      <w:r>
        <w:rPr>
          <w:b w:val="0"/>
          <w:i w:val="0"/>
        </w:rPr>
        <w:t>Окончание работ в 17 час. 00 мин. 05 ноября 2026 г.</w:t>
      </w:r>
    </w:p>
    <w:p>
      <w:pPr>
        <w:keepNext/>
        <w:spacing w:before="80" w:after="40"/>
      </w:pPr>
      <w:r>
        <w:rPr>
          <w:b w:val="0"/>
          <w:i w:val="0"/>
        </w:rPr>
        <w:t>3. Вредные и опасные производственные факторы, которые действуют или могут возникнуть независимо от выполняемой работы в местах ее производства:</w:t>
      </w:r>
    </w:p>
    <w:p>
      <w:pPr>
        <w:spacing w:before="40" w:after="0"/>
        <w:keepNext/>
        <w:pBdr>
          <w:bottom w:val="single" w:sz="6" w:space="1" w:color="000000"/>
        </w:pBdr>
        <w:shd w:val="clear" w:color="auto" w:fill="FFF4CC"/>
      </w:pPr>
      <w:r>
        <w:rPr>
          <w:b w:val="0"/>
          <w:i w:val="0"/>
        </w:rPr>
        <w:t>Возможное скопление вредных газов в колодце, недостаток кислорода, падение в колодец, движение транспорта по проезду</w:t>
      </w:r>
    </w:p>
    <w:p>
      <w:pPr>
        <w:keepNext/>
        <w:spacing w:before="80" w:after="40"/>
      </w:pPr>
      <w:r>
        <w:rPr>
          <w:b w:val="0"/>
          <w:i w:val="0"/>
        </w:rPr>
        <w:t>4. До начала производства работ необходимо выполнить следующие мероприятия:</w:t>
      </w:r>
    </w:p>
    <w:tbl>
      <w:tblPr>
        <w:tblStyle w:val="TableGrid"/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737"/>
        <w:gridCol w:w="5386"/>
        <w:gridCol w:w="1701"/>
        <w:gridCol w:w="2098"/>
      </w:tblGrid>
      <w:tr>
        <w:trPr>
          <w:trHeight w:val="340"/>
        </w:trPr>
        <w:tc>
          <w:tcPr>
            <w:tcW w:type="dxa" w:w="737"/>
          </w:tcPr>
          <w:p>
            <w:pPr>
              <w:jc w:val="center"/>
            </w:pPr>
            <w:r>
              <w:rPr>
                <w:b/>
                <w:sz w:val="18"/>
              </w:rPr>
              <w:t>№ п/п</w:t>
            </w:r>
          </w:p>
        </w:tc>
        <w:tc>
          <w:tcPr>
            <w:tcW w:type="dxa" w:w="5386"/>
          </w:tcPr>
          <w:p>
            <w:pPr>
              <w:jc w:val="center"/>
            </w:pPr>
            <w:r>
              <w:rPr>
                <w:b/>
                <w:sz w:val="18"/>
              </w:rPr>
              <w:t>Наименование мероприятия</w:t>
            </w:r>
          </w:p>
        </w:tc>
        <w:tc>
          <w:tcPr>
            <w:tcW w:type="dxa" w:w="1701"/>
          </w:tcPr>
          <w:p>
            <w:pPr>
              <w:jc w:val="center"/>
            </w:pPr>
            <w:r>
              <w:rPr>
                <w:b/>
                <w:sz w:val="18"/>
              </w:rPr>
              <w:t>Срок выполнения</w:t>
            </w:r>
          </w:p>
        </w:tc>
        <w:tc>
          <w:tcPr>
            <w:tcW w:type="dxa" w:w="2098"/>
          </w:tcPr>
          <w:p>
            <w:pPr>
              <w:jc w:val="center"/>
            </w:pPr>
            <w:r>
              <w:rPr>
                <w:b/>
                <w:sz w:val="18"/>
              </w:rPr>
              <w:t>Ответственный исполнитель</w:t>
            </w:r>
          </w:p>
        </w:tc>
      </w:tr>
      <w:tr>
        <w:trPr>
          <w:trHeight w:val="340"/>
        </w:trPr>
        <w:tc>
          <w:tcPr>
            <w:tcW w:type="dxa" w:w="737"/>
            <w:shd w:val="clear" w:color="auto" w:fill="FFF4CC"/>
          </w:tcPr>
          <w:p>
            <w:r>
              <w:rPr>
                <w:sz w:val="19"/>
              </w:rPr>
              <w:t>1</w:t>
            </w:r>
          </w:p>
        </w:tc>
        <w:tc>
          <w:tcPr>
            <w:tcW w:type="dxa" w:w="5386"/>
            <w:shd w:val="clear" w:color="auto" w:fill="FFF4CC"/>
          </w:tcPr>
          <w:p>
            <w:r>
              <w:rPr>
                <w:sz w:val="19"/>
              </w:rPr>
              <w:t>Оградить место работ, установить знаки безопасности и сигнальное ограждение со стороны проезда</w:t>
            </w:r>
          </w:p>
        </w:tc>
        <w:tc>
          <w:tcPr>
            <w:tcW w:type="dxa" w:w="1701"/>
            <w:shd w:val="clear" w:color="auto" w:fill="FFF4CC"/>
          </w:tcPr>
          <w:p>
            <w:r>
              <w:rPr>
                <w:sz w:val="19"/>
              </w:rPr>
              <w:t>03.11.2026 до 09:00</w:t>
            </w:r>
          </w:p>
        </w:tc>
        <w:tc>
          <w:tcPr>
            <w:tcW w:type="dxa" w:w="2098"/>
            <w:shd w:val="clear" w:color="auto" w:fill="FFF4CC"/>
          </w:tcPr>
          <w:p>
            <w:r>
              <w:rPr>
                <w:sz w:val="19"/>
              </w:rPr>
              <w:t>Иванов И. И.</w:t>
            </w:r>
          </w:p>
        </w:tc>
      </w:tr>
      <w:tr>
        <w:trPr>
          <w:trHeight w:val="340"/>
        </w:trPr>
        <w:tc>
          <w:tcPr>
            <w:tcW w:type="dxa" w:w="737"/>
            <w:shd w:val="clear" w:color="auto" w:fill="FFF4CC"/>
          </w:tcPr>
          <w:p>
            <w:r>
              <w:rPr>
                <w:sz w:val="19"/>
              </w:rPr>
              <w:t>2</w:t>
            </w:r>
          </w:p>
        </w:tc>
        <w:tc>
          <w:tcPr>
            <w:tcW w:type="dxa" w:w="5386"/>
            <w:shd w:val="clear" w:color="auto" w:fill="FFF4CC"/>
          </w:tcPr>
          <w:p>
            <w:r>
              <w:rPr>
                <w:sz w:val="19"/>
              </w:rPr>
              <w:t>Проветрить колодец, проверить воздушную среду газоанализатором, результат записать</w:t>
            </w:r>
          </w:p>
        </w:tc>
        <w:tc>
          <w:tcPr>
            <w:tcW w:type="dxa" w:w="1701"/>
            <w:shd w:val="clear" w:color="auto" w:fill="FFF4CC"/>
          </w:tcPr>
          <w:p>
            <w:r>
              <w:rPr>
                <w:sz w:val="19"/>
              </w:rPr>
              <w:t>03.11.2026 до 09:00</w:t>
            </w:r>
          </w:p>
        </w:tc>
        <w:tc>
          <w:tcPr>
            <w:tcW w:type="dxa" w:w="2098"/>
            <w:shd w:val="clear" w:color="auto" w:fill="FFF4CC"/>
          </w:tcPr>
          <w:p>
            <w:r>
              <w:rPr>
                <w:sz w:val="19"/>
              </w:rPr>
              <w:t>Иванов И. И.</w:t>
            </w:r>
          </w:p>
        </w:tc>
      </w:tr>
      <w:tr>
        <w:trPr>
          <w:trHeight w:val="340"/>
        </w:trPr>
        <w:tc>
          <w:tcPr>
            <w:tcW w:type="dxa" w:w="737"/>
            <w:shd w:val="clear" w:color="auto" w:fill="FFF4CC"/>
          </w:tcPr>
          <w:p>
            <w:r>
              <w:rPr>
                <w:sz w:val="19"/>
              </w:rPr>
              <w:t>3</w:t>
            </w:r>
          </w:p>
        </w:tc>
        <w:tc>
          <w:tcPr>
            <w:tcW w:type="dxa" w:w="5386"/>
            <w:shd w:val="clear" w:color="auto" w:fill="FFF4CC"/>
          </w:tcPr>
          <w:p>
            <w:r>
              <w:rPr>
                <w:sz w:val="19"/>
              </w:rPr>
              <w:t>Подготовить страховочные привязи, спасательные средства и средства связи, назначить наблюдающих на поверхности</w:t>
            </w:r>
          </w:p>
        </w:tc>
        <w:tc>
          <w:tcPr>
            <w:tcW w:type="dxa" w:w="1701"/>
            <w:shd w:val="clear" w:color="auto" w:fill="FFF4CC"/>
          </w:tcPr>
          <w:p>
            <w:r>
              <w:rPr>
                <w:sz w:val="19"/>
              </w:rPr>
              <w:t>03.11.2026 до 09:00</w:t>
            </w:r>
          </w:p>
        </w:tc>
        <w:tc>
          <w:tcPr>
            <w:tcW w:type="dxa" w:w="2098"/>
            <w:shd w:val="clear" w:color="auto" w:fill="FFF4CC"/>
          </w:tcPr>
          <w:p>
            <w:r>
              <w:rPr>
                <w:sz w:val="19"/>
              </w:rPr>
              <w:t>Иванов И. И.</w:t>
            </w:r>
          </w:p>
        </w:tc>
      </w:tr>
      <w:tr>
        <w:trPr>
          <w:trHeight w:val="340"/>
        </w:trPr>
        <w:tc>
          <w:tcPr>
            <w:tcW w:type="dxa" w:w="737"/>
          </w:tcPr>
          <w:p>
            <w:r>
              <w:rPr>
                <w:sz w:val="19"/>
              </w:rPr>
            </w:r>
          </w:p>
        </w:tc>
        <w:tc>
          <w:tcPr>
            <w:tcW w:type="dxa" w:w="5386"/>
          </w:tcPr>
          <w:p>
            <w:r>
              <w:rPr>
                <w:sz w:val="19"/>
              </w:rPr>
            </w:r>
          </w:p>
        </w:tc>
        <w:tc>
          <w:tcPr>
            <w:tcW w:type="dxa" w:w="1701"/>
          </w:tcPr>
          <w:p>
            <w:r>
              <w:rPr>
                <w:sz w:val="19"/>
              </w:rPr>
            </w:r>
          </w:p>
        </w:tc>
        <w:tc>
          <w:tcPr>
            <w:tcW w:type="dxa" w:w="2098"/>
          </w:tcPr>
          <w:p>
            <w:r>
              <w:rPr>
                <w:sz w:val="19"/>
              </w:rPr>
            </w:r>
          </w:p>
        </w:tc>
      </w:tr>
    </w:tbl>
    <w:p>
      <w:pPr>
        <w:spacing w:before="0" w:after="40"/>
      </w:pPr>
    </w:p>
    <w:p>
      <w:pPr>
        <w:keepNext/>
        <w:spacing w:before="80" w:after="40"/>
      </w:pPr>
      <w:r>
        <w:rPr>
          <w:b w:val="0"/>
          <w:i w:val="0"/>
        </w:rPr>
        <w:t>5. В процессе производства работ необходимо выполнить следующие мероприятия:</w:t>
      </w:r>
    </w:p>
    <w:tbl>
      <w:tblPr>
        <w:tblStyle w:val="TableGrid"/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737"/>
        <w:gridCol w:w="5386"/>
        <w:gridCol w:w="1701"/>
        <w:gridCol w:w="2098"/>
      </w:tblGrid>
      <w:tr>
        <w:trPr>
          <w:trHeight w:val="340"/>
        </w:trPr>
        <w:tc>
          <w:tcPr>
            <w:tcW w:type="dxa" w:w="737"/>
          </w:tcPr>
          <w:p>
            <w:pPr>
              <w:jc w:val="center"/>
            </w:pPr>
            <w:r>
              <w:rPr>
                <w:b/>
                <w:sz w:val="18"/>
              </w:rPr>
              <w:t>№ п/п</w:t>
            </w:r>
          </w:p>
        </w:tc>
        <w:tc>
          <w:tcPr>
            <w:tcW w:type="dxa" w:w="5386"/>
          </w:tcPr>
          <w:p>
            <w:pPr>
              <w:jc w:val="center"/>
            </w:pPr>
            <w:r>
              <w:rPr>
                <w:b/>
                <w:sz w:val="18"/>
              </w:rPr>
              <w:t>Наименование мероприятия</w:t>
            </w:r>
          </w:p>
        </w:tc>
        <w:tc>
          <w:tcPr>
            <w:tcW w:type="dxa" w:w="1701"/>
          </w:tcPr>
          <w:p>
            <w:pPr>
              <w:jc w:val="center"/>
            </w:pPr>
            <w:r>
              <w:rPr>
                <w:b/>
                <w:sz w:val="18"/>
              </w:rPr>
              <w:t>Срок выполнения</w:t>
            </w:r>
          </w:p>
        </w:tc>
        <w:tc>
          <w:tcPr>
            <w:tcW w:type="dxa" w:w="2098"/>
          </w:tcPr>
          <w:p>
            <w:pPr>
              <w:jc w:val="center"/>
            </w:pPr>
            <w:r>
              <w:rPr>
                <w:b/>
                <w:sz w:val="18"/>
              </w:rPr>
              <w:t>Ответственный исполнитель</w:t>
            </w:r>
          </w:p>
        </w:tc>
      </w:tr>
      <w:tr>
        <w:trPr>
          <w:trHeight w:val="340"/>
        </w:trPr>
        <w:tc>
          <w:tcPr>
            <w:tcW w:type="dxa" w:w="737"/>
            <w:shd w:val="clear" w:color="auto" w:fill="FFF4CC"/>
          </w:tcPr>
          <w:p>
            <w:r>
              <w:rPr>
                <w:sz w:val="19"/>
              </w:rPr>
              <w:t>1</w:t>
            </w:r>
          </w:p>
        </w:tc>
        <w:tc>
          <w:tcPr>
            <w:tcW w:type="dxa" w:w="5386"/>
            <w:shd w:val="clear" w:color="auto" w:fill="FFF4CC"/>
          </w:tcPr>
          <w:p>
            <w:r>
              <w:rPr>
                <w:sz w:val="19"/>
              </w:rPr>
              <w:t>Контролировать воздушную среду в колодце в течение работ</w:t>
            </w:r>
          </w:p>
        </w:tc>
        <w:tc>
          <w:tcPr>
            <w:tcW w:type="dxa" w:w="1701"/>
            <w:shd w:val="clear" w:color="auto" w:fill="FFF4CC"/>
          </w:tcPr>
          <w:p>
            <w:r>
              <w:rPr>
                <w:sz w:val="19"/>
              </w:rPr>
              <w:t>Постоянно</w:t>
            </w:r>
          </w:p>
        </w:tc>
        <w:tc>
          <w:tcPr>
            <w:tcW w:type="dxa" w:w="2098"/>
            <w:shd w:val="clear" w:color="auto" w:fill="FFF4CC"/>
          </w:tcPr>
          <w:p>
            <w:r>
              <w:rPr>
                <w:sz w:val="19"/>
              </w:rPr>
              <w:t>Иванов И. И.</w:t>
            </w:r>
          </w:p>
        </w:tc>
      </w:tr>
      <w:tr>
        <w:trPr>
          <w:trHeight w:val="340"/>
        </w:trPr>
        <w:tc>
          <w:tcPr>
            <w:tcW w:type="dxa" w:w="737"/>
            <w:shd w:val="clear" w:color="auto" w:fill="FFF4CC"/>
          </w:tcPr>
          <w:p>
            <w:r>
              <w:rPr>
                <w:sz w:val="19"/>
              </w:rPr>
              <w:t>2</w:t>
            </w:r>
          </w:p>
        </w:tc>
        <w:tc>
          <w:tcPr>
            <w:tcW w:type="dxa" w:w="5386"/>
            <w:shd w:val="clear" w:color="auto" w:fill="FFF4CC"/>
          </w:tcPr>
          <w:p>
            <w:r>
              <w:rPr>
                <w:sz w:val="19"/>
              </w:rPr>
              <w:t>Обеспечить постоянное наблюдение с поверхности и связь с работающим в колодце</w:t>
            </w:r>
          </w:p>
        </w:tc>
        <w:tc>
          <w:tcPr>
            <w:tcW w:type="dxa" w:w="1701"/>
            <w:shd w:val="clear" w:color="auto" w:fill="FFF4CC"/>
          </w:tcPr>
          <w:p>
            <w:r>
              <w:rPr>
                <w:sz w:val="19"/>
              </w:rPr>
              <w:t>Постоянно</w:t>
            </w:r>
          </w:p>
        </w:tc>
        <w:tc>
          <w:tcPr>
            <w:tcW w:type="dxa" w:w="2098"/>
            <w:shd w:val="clear" w:color="auto" w:fill="FFF4CC"/>
          </w:tcPr>
          <w:p>
            <w:r>
              <w:rPr>
                <w:sz w:val="19"/>
              </w:rPr>
              <w:t>Иванов И. И.</w:t>
            </w:r>
          </w:p>
        </w:tc>
      </w:tr>
      <w:tr>
        <w:trPr>
          <w:trHeight w:val="340"/>
        </w:trPr>
        <w:tc>
          <w:tcPr>
            <w:tcW w:type="dxa" w:w="737"/>
          </w:tcPr>
          <w:p>
            <w:r>
              <w:rPr>
                <w:sz w:val="19"/>
              </w:rPr>
            </w:r>
          </w:p>
        </w:tc>
        <w:tc>
          <w:tcPr>
            <w:tcW w:type="dxa" w:w="5386"/>
          </w:tcPr>
          <w:p>
            <w:r>
              <w:rPr>
                <w:sz w:val="19"/>
              </w:rPr>
            </w:r>
          </w:p>
        </w:tc>
        <w:tc>
          <w:tcPr>
            <w:tcW w:type="dxa" w:w="1701"/>
          </w:tcPr>
          <w:p>
            <w:r>
              <w:rPr>
                <w:sz w:val="19"/>
              </w:rPr>
            </w:r>
          </w:p>
        </w:tc>
        <w:tc>
          <w:tcPr>
            <w:tcW w:type="dxa" w:w="2098"/>
          </w:tcPr>
          <w:p>
            <w:r>
              <w:rPr>
                <w:sz w:val="19"/>
              </w:rPr>
            </w:r>
          </w:p>
        </w:tc>
      </w:tr>
      <w:tr>
        <w:trPr>
          <w:trHeight w:val="340"/>
        </w:trPr>
        <w:tc>
          <w:tcPr>
            <w:tcW w:type="dxa" w:w="737"/>
          </w:tcPr>
          <w:p>
            <w:r>
              <w:rPr>
                <w:sz w:val="19"/>
              </w:rPr>
            </w:r>
          </w:p>
        </w:tc>
        <w:tc>
          <w:tcPr>
            <w:tcW w:type="dxa" w:w="5386"/>
          </w:tcPr>
          <w:p>
            <w:r>
              <w:rPr>
                <w:sz w:val="19"/>
              </w:rPr>
            </w:r>
          </w:p>
        </w:tc>
        <w:tc>
          <w:tcPr>
            <w:tcW w:type="dxa" w:w="1701"/>
          </w:tcPr>
          <w:p>
            <w:r>
              <w:rPr>
                <w:sz w:val="19"/>
              </w:rPr>
            </w:r>
          </w:p>
        </w:tc>
        <w:tc>
          <w:tcPr>
            <w:tcW w:type="dxa" w:w="2098"/>
          </w:tcPr>
          <w:p>
            <w:r>
              <w:rPr>
                <w:sz w:val="19"/>
              </w:rPr>
            </w:r>
          </w:p>
        </w:tc>
      </w:tr>
    </w:tbl>
    <w:p>
      <w:pPr>
        <w:spacing w:before="0" w:after="40"/>
      </w:pPr>
    </w:p>
    <w:p>
      <w:pPr>
        <w:keepNext/>
        <w:spacing w:before="80" w:after="40"/>
      </w:pPr>
      <w:r>
        <w:rPr>
          <w:b w:val="0"/>
          <w:i w:val="0"/>
        </w:rPr>
        <w:t>6. Состав исполнителей работ:</w:t>
      </w:r>
    </w:p>
    <w:tbl>
      <w:tblPr>
        <w:tblStyle w:val="TableGrid"/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2608"/>
        <w:gridCol w:w="2608"/>
        <w:gridCol w:w="2608"/>
        <w:gridCol w:w="2098"/>
      </w:tblGrid>
      <w:tr>
        <w:trPr>
          <w:trHeight w:val="340"/>
        </w:trPr>
        <w:tc>
          <w:tcPr>
            <w:tcW w:type="dxa" w:w="2608"/>
          </w:tcPr>
          <w:p>
            <w:pPr>
              <w:jc w:val="center"/>
            </w:pPr>
            <w:r>
              <w:rPr>
                <w:b/>
                <w:sz w:val="18"/>
              </w:rPr>
              <w:t>Фамилия, имя, отчество (при наличии)</w:t>
            </w:r>
          </w:p>
        </w:tc>
        <w:tc>
          <w:tcPr>
            <w:tcW w:type="dxa" w:w="2608"/>
          </w:tcPr>
          <w:p>
            <w:pPr>
              <w:jc w:val="center"/>
            </w:pPr>
            <w:r>
              <w:rPr>
                <w:b/>
                <w:sz w:val="18"/>
              </w:rPr>
              <w:t>Профессия (должность), квалификация, группа по электробезопасности</w:t>
            </w:r>
          </w:p>
        </w:tc>
        <w:tc>
          <w:tcPr>
            <w:tcW w:type="dxa" w:w="2608"/>
          </w:tcPr>
          <w:p>
            <w:pPr>
              <w:jc w:val="center"/>
            </w:pPr>
            <w:r>
              <w:rPr>
                <w:b/>
                <w:sz w:val="18"/>
              </w:rPr>
              <w:t>Фамилия и инициалы лица, проводившего инструктаж и ознакомление с условиями работы</w:t>
            </w:r>
          </w:p>
        </w:tc>
        <w:tc>
          <w:tcPr>
            <w:tcW w:type="dxa" w:w="2098"/>
          </w:tcPr>
          <w:p>
            <w:pPr>
              <w:jc w:val="center"/>
            </w:pPr>
            <w:r>
              <w:rPr>
                <w:b/>
                <w:sz w:val="18"/>
              </w:rPr>
              <w:t>Подпись лица, прошедшего инструктаж и ознакомившегося с условиями работ</w:t>
            </w:r>
          </w:p>
        </w:tc>
      </w:tr>
      <w:tr>
        <w:trPr>
          <w:trHeight w:val="340"/>
        </w:trPr>
        <w:tc>
          <w:tcPr>
            <w:tcW w:type="dxa" w:w="2608"/>
            <w:shd w:val="clear" w:color="auto" w:fill="FFF4CC"/>
          </w:tcPr>
          <w:p>
            <w:r>
              <w:rPr>
                <w:sz w:val="19"/>
              </w:rPr>
              <w:t>Кузнецов Алексей Петрович</w:t>
            </w:r>
          </w:p>
        </w:tc>
        <w:tc>
          <w:tcPr>
            <w:tcW w:type="dxa" w:w="2608"/>
            <w:shd w:val="clear" w:color="auto" w:fill="FFF4CC"/>
          </w:tcPr>
          <w:p>
            <w:r>
              <w:rPr>
                <w:sz w:val="19"/>
              </w:rPr>
              <w:t>Монтажник наружных трубопроводов, 4 разряд</w:t>
            </w:r>
          </w:p>
        </w:tc>
        <w:tc>
          <w:tcPr>
            <w:tcW w:type="dxa" w:w="2608"/>
            <w:shd w:val="clear" w:color="auto" w:fill="FFF4CC"/>
          </w:tcPr>
          <w:p>
            <w:r>
              <w:rPr>
                <w:sz w:val="19"/>
              </w:rPr>
              <w:t>Иванов И. И.</w:t>
            </w:r>
          </w:p>
        </w:tc>
        <w:tc>
          <w:tcPr>
            <w:tcW w:type="dxa" w:w="2098"/>
          </w:tcPr>
          <w:p>
            <w:r>
              <w:rPr>
                <w:sz w:val="19"/>
              </w:rPr>
            </w:r>
          </w:p>
        </w:tc>
      </w:tr>
      <w:tr>
        <w:trPr>
          <w:trHeight w:val="340"/>
        </w:trPr>
        <w:tc>
          <w:tcPr>
            <w:tcW w:type="dxa" w:w="2608"/>
            <w:shd w:val="clear" w:color="auto" w:fill="FFF4CC"/>
          </w:tcPr>
          <w:p>
            <w:r>
              <w:rPr>
                <w:sz w:val="19"/>
              </w:rPr>
              <w:t>Смирнов Денис Олегович</w:t>
            </w:r>
          </w:p>
        </w:tc>
        <w:tc>
          <w:tcPr>
            <w:tcW w:type="dxa" w:w="2608"/>
            <w:shd w:val="clear" w:color="auto" w:fill="FFF4CC"/>
          </w:tcPr>
          <w:p>
            <w:r>
              <w:rPr>
                <w:sz w:val="19"/>
              </w:rPr>
              <w:t>Монтажник наружных трубопроводов, 3 разряд</w:t>
            </w:r>
          </w:p>
        </w:tc>
        <w:tc>
          <w:tcPr>
            <w:tcW w:type="dxa" w:w="2608"/>
            <w:shd w:val="clear" w:color="auto" w:fill="FFF4CC"/>
          </w:tcPr>
          <w:p>
            <w:r>
              <w:rPr>
                <w:sz w:val="19"/>
              </w:rPr>
              <w:t>Иванов И. И.</w:t>
            </w:r>
          </w:p>
        </w:tc>
        <w:tc>
          <w:tcPr>
            <w:tcW w:type="dxa" w:w="2098"/>
          </w:tcPr>
          <w:p>
            <w:r>
              <w:rPr>
                <w:sz w:val="19"/>
              </w:rPr>
            </w:r>
          </w:p>
        </w:tc>
      </w:tr>
      <w:tr>
        <w:trPr>
          <w:trHeight w:val="340"/>
        </w:trPr>
        <w:tc>
          <w:tcPr>
            <w:tcW w:type="dxa" w:w="2608"/>
            <w:shd w:val="clear" w:color="auto" w:fill="FFF4CC"/>
          </w:tcPr>
          <w:p>
            <w:r>
              <w:rPr>
                <w:sz w:val="19"/>
              </w:rPr>
              <w:t>Попов Олег Ильич</w:t>
            </w:r>
          </w:p>
        </w:tc>
        <w:tc>
          <w:tcPr>
            <w:tcW w:type="dxa" w:w="2608"/>
            <w:shd w:val="clear" w:color="auto" w:fill="FFF4CC"/>
          </w:tcPr>
          <w:p>
            <w:r>
              <w:rPr>
                <w:sz w:val="19"/>
              </w:rPr>
              <w:t>Слесарь-сантехник, 4 разряд</w:t>
            </w:r>
          </w:p>
        </w:tc>
        <w:tc>
          <w:tcPr>
            <w:tcW w:type="dxa" w:w="2608"/>
            <w:shd w:val="clear" w:color="auto" w:fill="FFF4CC"/>
          </w:tcPr>
          <w:p>
            <w:r>
              <w:rPr>
                <w:sz w:val="19"/>
              </w:rPr>
              <w:t>Иванов И. И.</w:t>
            </w:r>
          </w:p>
        </w:tc>
        <w:tc>
          <w:tcPr>
            <w:tcW w:type="dxa" w:w="2098"/>
          </w:tcPr>
          <w:p>
            <w:r>
              <w:rPr>
                <w:sz w:val="19"/>
              </w:rPr>
            </w:r>
          </w:p>
        </w:tc>
      </w:tr>
      <w:tr>
        <w:trPr>
          <w:trHeight w:val="340"/>
        </w:trPr>
        <w:tc>
          <w:tcPr>
            <w:tcW w:type="dxa" w:w="2608"/>
          </w:tcPr>
          <w:p>
            <w:r>
              <w:rPr>
                <w:sz w:val="19"/>
              </w:rPr>
            </w:r>
          </w:p>
        </w:tc>
        <w:tc>
          <w:tcPr>
            <w:tcW w:type="dxa" w:w="2608"/>
          </w:tcPr>
          <w:p>
            <w:r>
              <w:rPr>
                <w:sz w:val="19"/>
              </w:rPr>
            </w:r>
          </w:p>
        </w:tc>
        <w:tc>
          <w:tcPr>
            <w:tcW w:type="dxa" w:w="2608"/>
          </w:tcPr>
          <w:p>
            <w:r>
              <w:rPr>
                <w:sz w:val="19"/>
              </w:rPr>
            </w:r>
          </w:p>
        </w:tc>
        <w:tc>
          <w:tcPr>
            <w:tcW w:type="dxa" w:w="2098"/>
          </w:tcPr>
          <w:p>
            <w:r>
              <w:rPr>
                <w:sz w:val="19"/>
              </w:rPr>
            </w:r>
          </w:p>
        </w:tc>
      </w:tr>
      <w:tr>
        <w:trPr>
          <w:trHeight w:val="340"/>
        </w:trPr>
        <w:tc>
          <w:tcPr>
            <w:tcW w:type="dxa" w:w="2608"/>
          </w:tcPr>
          <w:p>
            <w:r>
              <w:rPr>
                <w:sz w:val="19"/>
              </w:rPr>
            </w:r>
          </w:p>
        </w:tc>
        <w:tc>
          <w:tcPr>
            <w:tcW w:type="dxa" w:w="2608"/>
          </w:tcPr>
          <w:p>
            <w:r>
              <w:rPr>
                <w:sz w:val="19"/>
              </w:rPr>
            </w:r>
          </w:p>
        </w:tc>
        <w:tc>
          <w:tcPr>
            <w:tcW w:type="dxa" w:w="2608"/>
          </w:tcPr>
          <w:p>
            <w:r>
              <w:rPr>
                <w:sz w:val="19"/>
              </w:rPr>
            </w:r>
          </w:p>
        </w:tc>
        <w:tc>
          <w:tcPr>
            <w:tcW w:type="dxa" w:w="2098"/>
          </w:tcPr>
          <w:p>
            <w:r>
              <w:rPr>
                <w:sz w:val="19"/>
              </w:rPr>
            </w:r>
          </w:p>
        </w:tc>
      </w:tr>
      <w:tr>
        <w:trPr>
          <w:trHeight w:val="340"/>
        </w:trPr>
        <w:tc>
          <w:tcPr>
            <w:tcW w:type="dxa" w:w="2608"/>
          </w:tcPr>
          <w:p>
            <w:r>
              <w:rPr>
                <w:sz w:val="19"/>
              </w:rPr>
            </w:r>
          </w:p>
        </w:tc>
        <w:tc>
          <w:tcPr>
            <w:tcW w:type="dxa" w:w="2608"/>
          </w:tcPr>
          <w:p>
            <w:r>
              <w:rPr>
                <w:sz w:val="19"/>
              </w:rPr>
            </w:r>
          </w:p>
        </w:tc>
        <w:tc>
          <w:tcPr>
            <w:tcW w:type="dxa" w:w="2608"/>
          </w:tcPr>
          <w:p>
            <w:r>
              <w:rPr>
                <w:sz w:val="19"/>
              </w:rPr>
            </w:r>
          </w:p>
        </w:tc>
        <w:tc>
          <w:tcPr>
            <w:tcW w:type="dxa" w:w="2098"/>
          </w:tcPr>
          <w:p>
            <w:r>
              <w:rPr>
                <w:sz w:val="19"/>
              </w:rPr>
            </w:r>
          </w:p>
        </w:tc>
      </w:tr>
    </w:tbl>
    <w:p>
      <w:pPr>
        <w:spacing w:before="0" w:after="40"/>
      </w:pPr>
    </w:p>
    <w:p>
      <w:pPr>
        <w:keepNext/>
        <w:spacing w:before="40" w:after="40"/>
      </w:pPr>
      <w:r>
        <w:rPr>
          <w:b w:val="0"/>
          <w:i w:val="0"/>
        </w:rPr>
        <w:t>7. Наряд-допуск выдал</w:t>
      </w:r>
    </w:p>
    <w:p>
      <w:pPr>
        <w:spacing w:before="40" w:after="0"/>
        <w:keepNext/>
        <w:pBdr>
          <w:bottom w:val="single" w:sz="6" w:space="1" w:color="000000"/>
        </w:pBdr>
        <w:shd w:val="clear" w:color="auto" w:fill="FFF4CC"/>
      </w:pPr>
      <w:r>
        <w:rPr>
          <w:b w:val="0"/>
          <w:i w:val="0"/>
        </w:rPr>
        <w:t>Начальник участка Петров П. П., подпись, 03.11.2026</w:t>
      </w:r>
    </w:p>
    <w:p>
      <w:pPr>
        <w:spacing w:before="0" w:after="40"/>
        <w:jc w:val="center"/>
      </w:pPr>
      <w:r>
        <w:rPr>
          <w:b w:val="0"/>
          <w:i/>
          <w:sz w:val="15"/>
        </w:rPr>
        <w:t>(должность, фамилия, инициалы уполномоченного приказом работодателя лица, подпись, дата)</w:t>
      </w:r>
    </w:p>
    <w:p>
      <w:pPr>
        <w:keepNext/>
        <w:spacing w:before="40" w:after="40"/>
      </w:pPr>
      <w:r>
        <w:rPr>
          <w:b w:val="0"/>
          <w:i w:val="0"/>
        </w:rPr>
        <w:t>Наряд-допуск принял</w:t>
      </w:r>
    </w:p>
    <w:p>
      <w:pPr>
        <w:spacing w:before="40" w:after="0"/>
        <w:keepNext/>
        <w:pBdr>
          <w:bottom w:val="single" w:sz="6" w:space="1" w:color="000000"/>
        </w:pBdr>
        <w:shd w:val="clear" w:color="auto" w:fill="FFF4CC"/>
      </w:pPr>
      <w:r>
        <w:rPr>
          <w:b w:val="0"/>
          <w:i w:val="0"/>
        </w:rPr>
        <w:t>Мастер участка Иванов И. И., подпись, 03.11.2026</w:t>
      </w:r>
    </w:p>
    <w:p>
      <w:pPr>
        <w:spacing w:before="0" w:after="40"/>
        <w:jc w:val="center"/>
      </w:pPr>
      <w:r>
        <w:rPr>
          <w:b w:val="0"/>
          <w:i/>
          <w:sz w:val="15"/>
        </w:rPr>
        <w:t>(должность, фамилия, инициалы, подпись, дата)</w:t>
      </w:r>
    </w:p>
    <w:p>
      <w:pPr>
        <w:spacing w:before="80" w:after="40"/>
      </w:pPr>
      <w:r>
        <w:rPr>
          <w:b w:val="0"/>
          <w:i w:val="0"/>
        </w:rPr>
        <w:t>8. Письменное разрешение эксплуатирующей организации на производство работ имеется.</w:t>
      </w:r>
    </w:p>
    <w:p>
      <w:pPr>
        <w:keepNext/>
        <w:spacing w:before="40" w:after="40"/>
      </w:pPr>
      <w:r>
        <w:rPr>
          <w:b w:val="0"/>
          <w:i w:val="0"/>
        </w:rPr>
        <w:t>Мероприятия по обеспечению безопасности строительного производства согласованы</w:t>
      </w:r>
    </w:p>
    <w:p>
      <w:pPr>
        <w:spacing w:before="40" w:after="0"/>
        <w:keepNext/>
        <w:pBdr>
          <w:bottom w:val="single" w:sz="6" w:space="1" w:color="000000"/>
        </w:pBdr>
        <w:shd w:val="clear" w:color="auto" w:fill="FFF4CC"/>
      </w:pPr>
      <w:r>
        <w:rPr>
          <w:b w:val="0"/>
          <w:i w:val="0"/>
        </w:rPr>
        <w:t>Не требуется: работы ведутся не на территории действующего объекта</w:t>
      </w:r>
    </w:p>
    <w:p>
      <w:pPr>
        <w:spacing w:before="0" w:after="40"/>
        <w:jc w:val="center"/>
      </w:pPr>
      <w:r>
        <w:rPr>
          <w:b w:val="0"/>
          <w:i/>
          <w:sz w:val="15"/>
        </w:rPr>
        <w:t>(должность, фамилия, инициалы уполномоченного представителя действующего объекта, подпись, дата)</w:t>
      </w:r>
    </w:p>
    <w:p>
      <w:pPr>
        <w:spacing w:before="80" w:after="40"/>
      </w:pPr>
      <w:r>
        <w:rPr>
          <w:b w:val="0"/>
          <w:i w:val="0"/>
        </w:rPr>
        <w:t>9. Рабочее место и условия труда проверены. Мероприятия, указанные в наряде-допуске, выполнены.</w:t>
      </w:r>
    </w:p>
    <w:p>
      <w:pPr>
        <w:keepNext/>
        <w:spacing w:before="40" w:after="40"/>
      </w:pPr>
      <w:r>
        <w:rPr>
          <w:b w:val="0"/>
          <w:i w:val="0"/>
        </w:rPr>
        <w:t>Разрешаю приступить к выполнению работ</w:t>
      </w:r>
    </w:p>
    <w:p>
      <w:pPr>
        <w:spacing w:before="40" w:after="0"/>
        <w:keepNext/>
        <w:pBdr>
          <w:bottom w:val="single" w:sz="6" w:space="1" w:color="000000"/>
        </w:pBdr>
        <w:shd w:val="clear" w:color="auto" w:fill="FFF4CC"/>
      </w:pPr>
      <w:r>
        <w:rPr>
          <w:b w:val="0"/>
          <w:i w:val="0"/>
        </w:rPr>
        <w:t>Начальник участка Петров П. П., подпись, 03.11.2026 08:50</w:t>
      </w:r>
    </w:p>
    <w:p>
      <w:pPr>
        <w:spacing w:before="0" w:after="40"/>
        <w:jc w:val="center"/>
      </w:pPr>
      <w:r>
        <w:rPr>
          <w:b w:val="0"/>
          <w:i/>
          <w:sz w:val="15"/>
        </w:rPr>
        <w:t>(должность, фамилия, инициалы, подпись, дата)</w:t>
      </w:r>
    </w:p>
    <w:p>
      <w:pPr>
        <w:keepNext/>
        <w:spacing w:before="80" w:after="40"/>
      </w:pPr>
      <w:r>
        <w:rPr>
          <w:b w:val="0"/>
          <w:i w:val="0"/>
        </w:rPr>
        <w:t>10. Подпись лица, прошедшего инструктаж и ознакомившегося с условиями работ</w:t>
      </w:r>
    </w:p>
    <w:p>
      <w:pPr>
        <w:spacing w:before="40" w:after="0"/>
        <w:keepNext/>
        <w:pBdr>
          <w:bottom w:val="single" w:sz="6" w:space="1" w:color="000000"/>
        </w:pBdr>
      </w:pPr>
    </w:p>
    <w:p>
      <w:pPr>
        <w:spacing w:before="0" w:after="80"/>
      </w:pPr>
    </w:p>
    <w:p>
      <w:pPr>
        <w:keepNext/>
        <w:spacing w:before="80" w:after="40"/>
      </w:pPr>
      <w:r>
        <w:rPr>
          <w:b w:val="0"/>
          <w:i w:val="0"/>
        </w:rPr>
        <w:t>11. Изменения в составе исполнителей работ:</w:t>
      </w:r>
    </w:p>
    <w:tbl>
      <w:tblPr>
        <w:tblStyle w:val="TableGrid"/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2494"/>
        <w:gridCol w:w="2494"/>
        <w:gridCol w:w="1701"/>
        <w:gridCol w:w="3231"/>
      </w:tblGrid>
      <w:tr>
        <w:trPr>
          <w:trHeight w:val="340"/>
        </w:trPr>
        <w:tc>
          <w:tcPr>
            <w:tcW w:type="dxa" w:w="2494"/>
          </w:tcPr>
          <w:p>
            <w:pPr>
              <w:jc w:val="center"/>
            </w:pPr>
            <w:r>
              <w:rPr>
                <w:b/>
                <w:sz w:val="18"/>
              </w:rPr>
              <w:t>Введен в состав исполнителей работ</w:t>
            </w:r>
          </w:p>
        </w:tc>
        <w:tc>
          <w:tcPr>
            <w:tcW w:type="dxa" w:w="2494"/>
          </w:tcPr>
          <w:p>
            <w:pPr>
              <w:jc w:val="center"/>
            </w:pPr>
            <w:r>
              <w:rPr>
                <w:b/>
                <w:sz w:val="18"/>
              </w:rPr>
              <w:t>Выведен из состава исполнителей работ</w:t>
            </w:r>
          </w:p>
        </w:tc>
        <w:tc>
          <w:tcPr>
            <w:tcW w:type="dxa" w:w="1701"/>
          </w:tcPr>
          <w:p>
            <w:pPr>
              <w:jc w:val="center"/>
            </w:pPr>
            <w:r>
              <w:rPr>
                <w:b/>
                <w:sz w:val="18"/>
              </w:rPr>
              <w:t>Дата, время</w:t>
            </w:r>
          </w:p>
        </w:tc>
        <w:tc>
          <w:tcPr>
            <w:tcW w:type="dxa" w:w="3231"/>
          </w:tcPr>
          <w:p>
            <w:pPr>
              <w:jc w:val="center"/>
            </w:pPr>
            <w:r>
              <w:rPr>
                <w:b/>
                <w:sz w:val="18"/>
              </w:rPr>
              <w:t>Фамилия, инициалы лица, разрешившего произвести изменения в составе исполнителей работ, подпись</w:t>
            </w:r>
          </w:p>
        </w:tc>
      </w:tr>
      <w:tr>
        <w:trPr>
          <w:trHeight w:val="340"/>
        </w:trPr>
        <w:tc>
          <w:tcPr>
            <w:tcW w:type="dxa" w:w="2494"/>
            <w:shd w:val="clear" w:color="auto" w:fill="FFF4CC"/>
          </w:tcPr>
          <w:p>
            <w:r>
              <w:rPr>
                <w:sz w:val="19"/>
              </w:rPr>
              <w:t>Захаров Илья Сергеевич, монтажник</w:t>
            </w:r>
          </w:p>
        </w:tc>
        <w:tc>
          <w:tcPr>
            <w:tcW w:type="dxa" w:w="2494"/>
            <w:shd w:val="clear" w:color="auto" w:fill="FFF4CC"/>
          </w:tcPr>
          <w:p>
            <w:r>
              <w:rPr>
                <w:sz w:val="19"/>
              </w:rPr>
              <w:t>Смирнов Денис Олегович</w:t>
            </w:r>
          </w:p>
        </w:tc>
        <w:tc>
          <w:tcPr>
            <w:tcW w:type="dxa" w:w="1701"/>
            <w:shd w:val="clear" w:color="auto" w:fill="FFF4CC"/>
          </w:tcPr>
          <w:p>
            <w:r>
              <w:rPr>
                <w:sz w:val="19"/>
              </w:rPr>
              <w:t>04.11.2026 13:00</w:t>
            </w:r>
          </w:p>
        </w:tc>
        <w:tc>
          <w:tcPr>
            <w:tcW w:type="dxa" w:w="3231"/>
            <w:shd w:val="clear" w:color="auto" w:fill="FFF4CC"/>
          </w:tcPr>
          <w:p>
            <w:r>
              <w:rPr>
                <w:sz w:val="19"/>
              </w:rPr>
              <w:t>Петров П. П., подпись</w:t>
            </w:r>
          </w:p>
        </w:tc>
      </w:tr>
      <w:tr>
        <w:trPr>
          <w:trHeight w:val="340"/>
        </w:trPr>
        <w:tc>
          <w:tcPr>
            <w:tcW w:type="dxa" w:w="2494"/>
          </w:tcPr>
          <w:p>
            <w:r>
              <w:rPr>
                <w:sz w:val="19"/>
              </w:rPr>
            </w:r>
          </w:p>
        </w:tc>
        <w:tc>
          <w:tcPr>
            <w:tcW w:type="dxa" w:w="2494"/>
          </w:tcPr>
          <w:p>
            <w:r>
              <w:rPr>
                <w:sz w:val="19"/>
              </w:rPr>
            </w:r>
          </w:p>
        </w:tc>
        <w:tc>
          <w:tcPr>
            <w:tcW w:type="dxa" w:w="1701"/>
          </w:tcPr>
          <w:p>
            <w:r>
              <w:rPr>
                <w:sz w:val="19"/>
              </w:rPr>
            </w:r>
          </w:p>
        </w:tc>
        <w:tc>
          <w:tcPr>
            <w:tcW w:type="dxa" w:w="3231"/>
          </w:tcPr>
          <w:p>
            <w:r>
              <w:rPr>
                <w:sz w:val="19"/>
              </w:rPr>
            </w:r>
          </w:p>
        </w:tc>
      </w:tr>
      <w:tr>
        <w:trPr>
          <w:trHeight w:val="340"/>
        </w:trPr>
        <w:tc>
          <w:tcPr>
            <w:tcW w:type="dxa" w:w="2494"/>
          </w:tcPr>
          <w:p>
            <w:r>
              <w:rPr>
                <w:sz w:val="19"/>
              </w:rPr>
            </w:r>
          </w:p>
        </w:tc>
        <w:tc>
          <w:tcPr>
            <w:tcW w:type="dxa" w:w="2494"/>
          </w:tcPr>
          <w:p>
            <w:r>
              <w:rPr>
                <w:sz w:val="19"/>
              </w:rPr>
            </w:r>
          </w:p>
        </w:tc>
        <w:tc>
          <w:tcPr>
            <w:tcW w:type="dxa" w:w="1701"/>
          </w:tcPr>
          <w:p>
            <w:r>
              <w:rPr>
                <w:sz w:val="19"/>
              </w:rPr>
            </w:r>
          </w:p>
        </w:tc>
        <w:tc>
          <w:tcPr>
            <w:tcW w:type="dxa" w:w="3231"/>
          </w:tcPr>
          <w:p>
            <w:r>
              <w:rPr>
                <w:sz w:val="19"/>
              </w:rPr>
            </w:r>
          </w:p>
        </w:tc>
      </w:tr>
    </w:tbl>
    <w:p>
      <w:pPr>
        <w:spacing w:before="0" w:after="40"/>
      </w:pPr>
    </w:p>
    <w:p>
      <w:pPr>
        <w:keepNext/>
        <w:spacing w:before="40" w:after="40"/>
      </w:pPr>
      <w:r>
        <w:rPr>
          <w:b w:val="0"/>
          <w:i w:val="0"/>
        </w:rPr>
        <w:t>12. Наряд-допуск продлен до</w:t>
      </w:r>
    </w:p>
    <w:p>
      <w:pPr>
        <w:spacing w:before="40" w:after="0"/>
        <w:keepNext/>
        <w:pBdr>
          <w:bottom w:val="single" w:sz="6" w:space="1" w:color="000000"/>
        </w:pBdr>
      </w:pPr>
    </w:p>
    <w:p>
      <w:pPr>
        <w:spacing w:before="0" w:after="40"/>
        <w:jc w:val="center"/>
      </w:pPr>
      <w:r>
        <w:rPr>
          <w:b w:val="0"/>
          <w:i/>
          <w:sz w:val="15"/>
        </w:rPr>
        <w:t>(дата, подпись лица, выдавшего наряд-допуск)</w:t>
      </w:r>
    </w:p>
    <w:p>
      <w:pPr>
        <w:keepNext/>
        <w:spacing w:before="40" w:after="40"/>
      </w:pPr>
      <w:r>
        <w:rPr>
          <w:b w:val="0"/>
          <w:i w:val="0"/>
        </w:rPr>
        <w:t>Разрешаю продолжить выполнение работ</w:t>
      </w:r>
    </w:p>
    <w:p>
      <w:pPr>
        <w:spacing w:before="40" w:after="0"/>
        <w:keepNext/>
        <w:pBdr>
          <w:bottom w:val="single" w:sz="6" w:space="1" w:color="000000"/>
        </w:pBdr>
      </w:pPr>
    </w:p>
    <w:p>
      <w:pPr>
        <w:spacing w:before="0" w:after="40"/>
        <w:jc w:val="center"/>
      </w:pPr>
      <w:r>
        <w:rPr>
          <w:b w:val="0"/>
          <w:i/>
          <w:sz w:val="15"/>
        </w:rPr>
        <w:t>(должность, фамилия, инициалы, подпись, дата)</w:t>
      </w:r>
    </w:p>
    <w:p>
      <w:pPr>
        <w:spacing w:before="80" w:after="40"/>
      </w:pPr>
      <w:r>
        <w:rPr>
          <w:b w:val="0"/>
          <w:i w:val="0"/>
        </w:rPr>
        <w:t>13. Работа выполнена в полном объеме. Материалы, инструмент, приспособления убраны. Работники выведены. Наряд-допуск закрыт.</w:t>
      </w:r>
    </w:p>
    <w:p>
      <w:pPr>
        <w:keepNext/>
        <w:spacing w:before="40" w:after="40"/>
      </w:pPr>
      <w:r>
        <w:rPr>
          <w:b w:val="0"/>
          <w:i w:val="0"/>
        </w:rPr>
        <w:t>Руководитель работ</w:t>
      </w:r>
    </w:p>
    <w:p>
      <w:pPr>
        <w:spacing w:before="40" w:after="0"/>
        <w:keepNext/>
        <w:pBdr>
          <w:bottom w:val="single" w:sz="6" w:space="1" w:color="000000"/>
        </w:pBdr>
        <w:shd w:val="clear" w:color="auto" w:fill="FFF4CC"/>
      </w:pPr>
      <w:r>
        <w:rPr>
          <w:b w:val="0"/>
          <w:i w:val="0"/>
        </w:rPr>
        <w:t>05.11.2026, подпись Иванова И. И.</w:t>
      </w:r>
    </w:p>
    <w:p>
      <w:pPr>
        <w:spacing w:before="0" w:after="40"/>
        <w:jc w:val="center"/>
      </w:pPr>
      <w:r>
        <w:rPr>
          <w:b w:val="0"/>
          <w:i/>
          <w:sz w:val="15"/>
        </w:rPr>
        <w:t>(дата, подпись)</w:t>
      </w:r>
    </w:p>
    <w:p>
      <w:pPr>
        <w:keepNext/>
        <w:spacing w:before="40" w:after="40"/>
      </w:pPr>
      <w:r>
        <w:rPr>
          <w:b w:val="0"/>
          <w:i w:val="0"/>
        </w:rPr>
        <w:t>Лицо, выдавшее наряд-допуск</w:t>
      </w:r>
    </w:p>
    <w:p>
      <w:pPr>
        <w:spacing w:before="40" w:after="0"/>
        <w:keepNext/>
        <w:pBdr>
          <w:bottom w:val="single" w:sz="6" w:space="1" w:color="000000"/>
        </w:pBdr>
        <w:shd w:val="clear" w:color="auto" w:fill="FFF4CC"/>
      </w:pPr>
      <w:r>
        <w:rPr>
          <w:b w:val="0"/>
          <w:i w:val="0"/>
        </w:rPr>
        <w:t>05.11.2026, подпись Петрова П. П.</w:t>
      </w:r>
    </w:p>
    <w:p>
      <w:pPr>
        <w:spacing w:before="0" w:after="40"/>
        <w:jc w:val="center"/>
      </w:pPr>
      <w:r>
        <w:rPr>
          <w:b w:val="0"/>
          <w:i/>
          <w:sz w:val="15"/>
        </w:rPr>
        <w:t>(дата, подпись)</w:t>
      </w:r>
    </w:p>
    <w:sectPr w:rsidR="00FC693F" w:rsidRPr="0006063C" w:rsidSect="00034616">
      <w:footerReference w:type="default" r:id="rId9"/>
      <w:pgSz w:w="11906" w:h="16838"/>
      <w:pgMar w:top="680" w:right="850" w:bottom="680" w:left="1134" w:header="720" w:footer="34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color w:val="6B7280"/>
        <w:sz w:val="16"/>
      </w:rPr>
      <w:t>Шаблон: 1мост.рф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40" w:before="0"/>
    </w:pPr>
    <w:rPr>
      <w:rFonts w:ascii="Times New Roman" w:hAnsi="Times New Roman" w:eastAsia="Times New Roman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